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El Comercio wins SIP award for data project mapping Peru’s congressional hopefuls</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El Comercio has been honoured with the Inter-American Press Association’s 2026 Journalism Excellence Award in the data journalism category for "Radiografía del poder", an interactive project designed to help readers understand Peru’s 2026 election landscape. The award was presented in Bogotá, Colombia, during the SIP’s 82nd General Assembly, with Ángela Peña, coordinator of the Media Lab’s New Narratives area, accepting the recognition on behalf of the team.</w:t>
      </w:r>
      <w:r/>
    </w:p>
    <w:p>
      <w:r/>
      <w:r>
        <w:t>According to the SIP’s awards committee, the project stood out for its meticulous use of sources and its detailed profile of 89 congressional candidates seeking re-election. Beyond political careers, the coverage brought together information on family background, income, spending, debts, assets and education, creating a broader portrait of the people competing for seats in Congress.</w:t>
      </w:r>
      <w:r/>
    </w:p>
    <w:p>
      <w:r/>
      <w:r>
        <w:t>The work also drew attention for the way it applied automated workflows to investigative reporting and accountability journalism, a method still relatively uncommon in Latin American newsrooms. Developed from an early prototype supported by AI Catalyst, a programme backed by WAN-IFRA and OpenAI, the project was designed to save time on routine tasks and free journalists to focus more heavily on analysis, cross-checking and verification. Its interactive format allows readers to trace links across public databases that are otherwise scattered and difficult to navigate.</w:t>
      </w:r>
      <w:r/>
    </w:p>
    <w:p>
      <w:r/>
      <w:r>
        <w:t>El Comercio said the team behind the project included Gisella Salmón, Lorena Obregón, Mayté Ciriaco, Héctor Villalobos, Armando Scargglioni, Ángela Peña, Marcelo Hidalgo and Kiomy Kanashiro. The recognition also extends a run of success for the newspaper at the SIP awards, after it was similarly honoured in 2025 for "Muerte en la plaza San Martín", a chronicle by editorial director Juan Aurelio Arévalo Miró Quesada that revisited the 1935 killing of Antonio Miró Quesada de la Guerra and his wife, María Laos.</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[5]</w:t>
        </w:r>
      </w:hyperlink>
      <w:r>
        <w:t xml:space="preserve">- Paragraph 2: </w:t>
      </w:r>
      <w:hyperlink r:id="rId9">
        <w:r>
          <w:rPr>
            <w:color w:val="0000EE"/>
            <w:u w:val="single"/>
          </w:rPr>
          <w:t>[2]</w:t>
        </w:r>
      </w:hyperlink>
      <w:r>
        <w:t xml:space="preserve">, </w:t>
      </w:r>
      <w:hyperlink r:id="rId10">
        <w:r>
          <w:rPr>
            <w:color w:val="0000EE"/>
            <w:u w:val="single"/>
          </w:rPr>
          <w:t>[3]</w:t>
        </w:r>
      </w:hyperlink>
      <w:r>
        <w:t xml:space="preserve">- Paragraph 3: </w:t>
      </w:r>
      <w:hyperlink r:id="rId9">
        <w:r>
          <w:rPr>
            <w:color w:val="0000EE"/>
            <w:u w:val="single"/>
          </w:rPr>
          <w:t>[2]</w:t>
        </w:r>
      </w:hyperlink>
      <w:r>
        <w:t xml:space="preserve">, </w:t>
      </w:r>
      <w:hyperlink r:id="rId11">
        <w:r>
          <w:rPr>
            <w:color w:val="0000EE"/>
            <w:u w:val="single"/>
          </w:rPr>
          <w:t>[5]</w:t>
        </w:r>
      </w:hyperlink>
      <w:r>
        <w:t xml:space="preserve">- Paragraph 4: </w:t>
      </w:r>
      <w:hyperlink r:id="rId9">
        <w:r>
          <w:rPr>
            <w:color w:val="0000EE"/>
            <w:u w:val="single"/>
          </w:rPr>
          <w:t>[2]</w:t>
        </w:r>
      </w:hyperlink>
      <w:r>
        <w:t xml:space="preserve">, </w:t>
      </w:r>
      <w:hyperlink r:id="rId12">
        <w:r>
          <w:rPr>
            <w:color w:val="0000EE"/>
            <w:u w:val="single"/>
          </w:rPr>
          <w:t>[4]</w:t>
        </w:r>
      </w:hyperlink>
      <w:r/>
    </w:p>
    <w:p>
      <w:r/>
      <w:r>
        <w:t xml:space="preserve">Source: </w:t>
      </w:r>
      <w:hyperlink r:id="rId13">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https://elcomercio.pe/desde-la-redaccion/el-comercio-obtiene-premio-de-la-sip-por-su-periodismo-de-datos-noticia/</w:t>
        </w:r>
      </w:hyperlink>
      <w:r>
        <w:t xml:space="preserve"> - Please view link - unable to able to access data</w:t>
      </w:r>
      <w:r/>
    </w:p>
    <w:p>
      <w:pPr>
        <w:pStyle w:val="ListNumber"/>
        <w:spacing w:line="240" w:lineRule="auto"/>
        <w:ind w:left="720"/>
      </w:pPr>
      <w:r/>
      <w:hyperlink r:id="rId9">
        <w:r>
          <w:rPr>
            <w:color w:val="0000EE"/>
            <w:u w:val="single"/>
          </w:rPr>
          <w:t>https://elcomercio.pe/desde-la-redaccion/el-comercio-obtiene-premio-de-la-sip-por-su-periodismo-de-datos-noticia/</w:t>
        </w:r>
      </w:hyperlink>
      <w:r>
        <w:t xml:space="preserve"> - El Comercio received the 2026 Journalism Excellence Award from the Inter-American Press Association (SIP) in the Data Journalism category for 'Radiografía del poder: an interactive coverage to understand Peru's 2026 elections'. Ángela Peña, coordinator of the Media Lab's New Narratives area, accepted the award during the ceremony in Bogotá, Colombia. The SIP highlighted the work's thorough use of sources to profile 89 congressional candidates seeking re-election, providing insights into their political trajectories, family backgrounds, income, expenses, debts, assets, and education. The project introduced automated workflows in investigative journalism, a methodology rarely explored in Latin American newsrooms, enabling more time for analysis, contrast, and information verification. The development began with a prototype supported by the AI Catalyst program, initiated by WAN-IFRA and OpenAI. This approach allows citizens to visually navigate and understand complex connections typically scattered across multiple public databases. The team comprised Gisella Salmón, Lorena Obregón, Mayté Ciriaco, Héctor Villalobos, Armando Scargglioni, Ángela Peña, Marcelo Hidalgo, and Kiomy Kanashiro.</w:t>
      </w:r>
      <w:r/>
    </w:p>
    <w:p>
      <w:pPr>
        <w:pStyle w:val="ListNumber"/>
        <w:spacing w:line="240" w:lineRule="auto"/>
        <w:ind w:left="720"/>
      </w:pPr>
      <w:r/>
      <w:hyperlink r:id="rId10">
        <w:r>
          <w:rPr>
            <w:color w:val="0000EE"/>
            <w:u w:val="single"/>
          </w:rPr>
          <w:t>https://elcomercio.pe/desde-la-redaccion/premios-a-la-excelencia-periodistica-2026-de-la-sip-reconoce-trabajo-de-periodistas-de-el-comercio-noticia/</w:t>
        </w:r>
      </w:hyperlink>
      <w:r>
        <w:t xml:space="preserve"> - The Inter-American Press Association (SIP) recognised the work of journalists from El Comercio during the 2026 Journalism Excellence Awards. The ceremony, part of the 82nd General Assembly held in Bogotá, Colombia, honoured outstanding journalistic achievements from North America, Latin America, the Caribbean, and Europe. El Comercio's team, including Gisella Salmón, Lorena Obregón, Mayté Ciriaco, Héctor Villalobos, Armando Scargglioni, Ángela Peña, and Marcelo Hidalgo, received the award in the Data Journalism category for their interactive coverage of Peru's 2026 elections, titled 'Radiografía del Poder: an interactive coverage to understand the elections of Peru in 2026'.</w:t>
      </w:r>
      <w:r/>
    </w:p>
    <w:p>
      <w:pPr>
        <w:pStyle w:val="ListNumber"/>
        <w:spacing w:line="240" w:lineRule="auto"/>
        <w:ind w:left="720"/>
      </w:pPr>
      <w:r/>
      <w:hyperlink r:id="rId12">
        <w:r>
          <w:rPr>
            <w:color w:val="0000EE"/>
            <w:u w:val="single"/>
          </w:rPr>
          <w:t>https://elcomercio.pe/desde-la-redaccion/palabra-del-decano/sip-el-comercio-obtiene-premio-a-la-excelencia-periodistica-2025-noticia/?outputType=lite</w:t>
        </w:r>
      </w:hyperlink>
      <w:r>
        <w:t xml:space="preserve"> - El Comercio was awarded the 2025 Journalism Excellence Award by the Inter-American Press Association (SIP) for 'Muerte en la plaza San Martín', a chronicle by Juan Aurelio Arévalo Miró Quesada, the newspaper's editorial director. The piece reconstructs the 1935 political assassination of journalist and director Antonio Miró Quesada de la Guerra and his wife, María Laos, with documentary rigor and literary prose. The award was presented during the SIP's 2025 Journalism Excellence Awards ceremony.</w:t>
      </w:r>
      <w:r/>
    </w:p>
    <w:p>
      <w:pPr>
        <w:pStyle w:val="ListNumber"/>
        <w:spacing w:line="240" w:lineRule="auto"/>
        <w:ind w:left="720"/>
      </w:pPr>
      <w:r/>
      <w:hyperlink r:id="rId11">
        <w:r>
          <w:rPr>
            <w:color w:val="0000EE"/>
            <w:u w:val="single"/>
          </w:rPr>
          <w:t>https://www.sipiapa.org/convocatoria</w:t>
        </w:r>
      </w:hyperlink>
      <w:r>
        <w:t xml:space="preserve"> - The Inter-American Press Association (SIP) announced the call for entries for the 2026 Journalism Excellence Awards. The awards recognise journalistic works published between June 1, 2025, and May 31, 2026, across various media platforms. The deadline for submissions was May 31, 2026. A jury from the SIP's Awards Commission selected winners in 12 categories, with the awards ceremony held in October 2026 during the 82nd General Assembly in Bogotá, Colombia.</w:t>
      </w:r>
      <w:r/>
    </w:p>
    <w:p>
      <w:pPr>
        <w:pStyle w:val="ListNumber"/>
        <w:spacing w:line="240" w:lineRule="auto"/>
        <w:ind w:left="720"/>
      </w:pPr>
      <w:r/>
      <w:hyperlink r:id="rId12">
        <w:r>
          <w:rPr>
            <w:color w:val="0000EE"/>
            <w:u w:val="single"/>
          </w:rPr>
          <w:t>https://elcomercio.pe/desde-la-redaccion/palabra-del-decano/sip-el-comercio-obtiene-premio-a-la-excelencia-periodistica-2025-noticia/?outputType=lite</w:t>
        </w:r>
      </w:hyperlink>
      <w:r>
        <w:t xml:space="preserve"> - El Comercio was awarded the 2025 Journalism Excellence Award by the Inter-American Press Association (SIP) for 'Muerte en la plaza San Martín', a chronicle by Juan Aurelio Arévalo Miró Quesada, the newspaper's editorial director. The piece reconstructs the 1935 political assassination of journalist and director Antonio Miró Quesada de la Guerra and his wife, María Laos, with documentary rigor and literary prose. The award was presented during the SIP's 2025 Journalism Excellence Awards ceremony.</w:t>
      </w:r>
      <w:r/>
    </w:p>
    <w:p>
      <w:pPr>
        <w:pStyle w:val="ListNumber"/>
        <w:spacing w:line="240" w:lineRule="auto"/>
        <w:ind w:left="720"/>
      </w:pPr>
      <w:r/>
      <w:hyperlink r:id="rId12">
        <w:r>
          <w:rPr>
            <w:color w:val="0000EE"/>
            <w:u w:val="single"/>
          </w:rPr>
          <w:t>https://elcomercio.pe/desde-la-redaccion/palabra-del-decano/sip-el-comercio-obtiene-premio-a-la-excelencia-periodistica-2025-noticia/?outputType=lite</w:t>
        </w:r>
      </w:hyperlink>
      <w:r>
        <w:t xml:space="preserve"> - El Comercio was awarded the 2025 Journalism Excellence Award by the Inter-American Press Association (SIP) for 'Muerte en la plaza San Martín', a chronicle by Juan Aurelio Arévalo Miró Quesada, the newspaper's editorial director. The piece reconstructs the 1935 political assassination of journalist and director Antonio Miró Quesada de la Guerra and his wife, María Laos, with documentary rigor and literary prose. The award was presented during the SIP's 2025 Journalism Excellence Awards ceremony.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elcomercio.pe/desde-la-redaccion/el-comercio-obtiene-premio-de-la-sip-por-su-periodismo-de-datos-noticia/" TargetMode="External"/><Relationship Id="rId10" Type="http://schemas.openxmlformats.org/officeDocument/2006/relationships/hyperlink" Target="https://elcomercio.pe/desde-la-redaccion/premios-a-la-excelencia-periodistica-2026-de-la-sip-reconoce-trabajo-de-periodistas-de-el-comercio-noticia/" TargetMode="External"/><Relationship Id="rId11" Type="http://schemas.openxmlformats.org/officeDocument/2006/relationships/hyperlink" Target="https://www.sipiapa.org/convocatoria" TargetMode="External"/><Relationship Id="rId12" Type="http://schemas.openxmlformats.org/officeDocument/2006/relationships/hyperlink" Target="https://elcomercio.pe/desde-la-redaccion/palabra-del-decano/sip-el-comercio-obtiene-premio-a-la-excelencia-periodistica-2025-noticia/?outputType=lite" TargetMode="External"/><Relationship Id="rId13" Type="http://schemas.openxmlformats.org/officeDocument/2006/relationships/hyperlink" Target="https://www.noahwire.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