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Free Press writer says ChatGPT sharpened photo that raised questions over luxury labels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Olivia Reingold, a writer for the Free Press, has acknowledged using ChatGPT to process a photograph she posted from Abdul El-Sayed’s Michigan Senate victory celebration. The image accompanied her claim that she had spotted luxury labels among those attending the event. Its unusual-looking details prompted questions about whether the picture had been altered.</w:t>
      </w:r>
      <w:r/>
    </w:p>
    <w:p>
      <w:r/>
      <w:r>
        <w:t>Reingold’s post named Valentino shoes, a Chanel handbag, a Moncler jacket and Rolex watches. Vanity Fair’s fashion correspondent José Criales-Unzueta later drew attention to apparent inconsistencies in the bag and shoes, including irregular straps and proportions that seemed unlike the brands’ designs. The publication said AI-detection tools indicated that OpenAI technology had been used, while noting that neither Chanel nor Valentino had independently confirmed the items’ authenticity.</w:t>
      </w:r>
      <w:r/>
    </w:p>
    <w:p>
      <w:r/>
      <w:r>
        <w:t>Reingold subsequently said she had asked ChatGPT to “brighten and sharpen an image of a woman in Valentino shoes and a Chanel bag”. She maintained that the woman and the accessories were real. Defector’s Tom Ley reported that he had contacted Free Press deputy editor Oliver Wiseman to ask whether the publication had rules on AI-generated or AI-altered images, but had received no response by the time his article was published.</w:t>
      </w:r>
      <w:r/>
    </w:p>
    <w:p>
      <w:r/>
      <w:r>
        <w:t>The episode highlights a consequential distinction in journalism: software that generatively processes an image may do more than adjust its appearance, potentially introducing or changing visual details. The A.V. Club noted that conventional editing tools can alter brightness and sharpness without using generative AI. The Associated Press, whose standards were updated in July 2026, bars generative AI from creating, altering or enhancing news photography, while allowing some uses of AI for other newsroom tasks subject to human review. That policy is an example of one organisation’s approach, not evidence of the Free Press’s rules.</w:t>
      </w:r>
      <w:r/>
    </w:p>
    <w:p>
      <w:r/>
      <w:r>
        <w:t>The photograph appeared amid a politically charged celebration. The Associated Press reported that El-Sayed’s victory drew particular significance for Arab and Muslim Americans, and that his speech included Arabic expressions such as “habibi”, a term of affection also used casually to mean “buddy” or “pal”. Reuters Connect’s transcript records him addressing Vice-President JD Vance as “JD, habibi” and joking about Vance’s constitutional role in swearing newly elected senators into office.</w:t>
      </w:r>
      <w:r/>
    </w:p>
    <w:p>
      <w:r/>
      <w:r>
        <w:t>Criales-Unzueta’s broader fashion analysis also questioned the assumption that luxury clothing reliably reveals political allegiance. A handbag or pair of shoes may carry social meaning, but the presence of expensive labels alone does not establish the wearer’s politics. In this case, uncertainty over the image’s processing and the items’ identification complicates the inference Reingold’s post appeared to invite.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0">
        <w:r>
          <w:rPr>
            <w:color w:val="0000EE"/>
            <w:u w:val="single"/>
          </w:rPr>
          <w:t>[4]</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[3]</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https://defector.com/free-press-dumbass-has-an-ai-whoopsie</w:t>
        </w:r>
      </w:hyperlink>
      <w:r>
        <w:t xml:space="preserve"> - Please view link - unable to able to access data</w:t>
      </w:r>
      <w:r/>
    </w:p>
    <w:p>
      <w:pPr>
        <w:pStyle w:val="ListNumber"/>
        <w:spacing w:line="240" w:lineRule="auto"/>
        <w:ind w:left="720"/>
      </w:pPr>
      <w:r/>
      <w:hyperlink r:id="rId9">
        <w:r>
          <w:rPr>
            <w:color w:val="0000EE"/>
            <w:u w:val="single"/>
          </w:rPr>
          <w:t>https://defector.com/free-press-dumbass-has-an-ai-whoopsie</w:t>
        </w:r>
      </w:hyperlink>
      <w:r>
        <w:t xml:space="preserve"> - Tom Ley’s Defector article recounts Olivia Reingold’s post from Abdul El-Sayed’s election-night event, which claimed to identify designer accessories in a photograph of a woman’s shoes and handbag. Ley describes visual irregularities in the image and reports that Vanity Fair’s José Criales-Unzueta identified features that suggested AI alteration. The article then recounts Reingold’s public admission that she had used ChatGPT to brighten and sharpen the photograph, alongside her claim that the woman and accessories were real. Ley says he contacted Free Press deputy editor Oliver Wiseman to ask about the outlet’s policy on AI images but had not received a response at publication time. The piece criticises the use of generative AI for this kind of image editing, arguing that ordinary phone editing tools could have adjusted brightness and sharpness without introducing synthetic details. It also places the post in the context of Reingold’s coverage of El-Sayed’s victory and the political point implied by highlighting luxury brands among his supporters. The writing is satirical and openly opinionated: it mocks Reingold’s decision, disputes the value of the resulting image as evidence, and makes broader criticisms of the Free Press. It is best read as commentary on the incident, rather than as a neutral account of every allegation or political interpretation.</w:t>
      </w:r>
      <w:r/>
    </w:p>
    <w:p>
      <w:pPr>
        <w:pStyle w:val="ListNumber"/>
        <w:spacing w:line="240" w:lineRule="auto"/>
        <w:ind w:left="720"/>
      </w:pPr>
      <w:r/>
      <w:hyperlink r:id="rId11">
        <w:r>
          <w:rPr>
            <w:color w:val="0000EE"/>
            <w:u w:val="single"/>
          </w:rPr>
          <w:t>https://www.vanityfair.com/story/midterms-2026-fashion-analysis</w:t>
        </w:r>
      </w:hyperlink>
      <w:r>
        <w:t xml:space="preserve"> - José Criales-Unzueta’s Vanity Fair article examines fashion and political identity in connection with the 2026 midterm elections, including Olivia Reingold’s photograph from Abdul El-Sayed’s election-night event. Reingold’s post listed luxury brands she said she had spotted among attendees and showed a woman with a handbag and shoes. Criales-Unzueta points to apparent inconsistencies in the pictured accessories: the handbag’s design does not appear to match Chanel examples, and the shoes’ proportions and strap details seem unusual. The article notes that the image’s construction, including a strap appearing to pass through another strap, resembles a known type of AI-image error. It reports that several AI-detection tools indicated the image had been made or edited with OpenAI technology, while also noting that the brand authenticity had not been independently confirmed by Chanel or Valentino at the time of publication. The article says Reingold later acknowledged using AI to brighten and sharpen the image. Beyond the specific incident, Criales-Unzueta challenges the idea that expensive fashion choices reliably signal political allegiance. The piece argues that clothes can communicate identity and aspiration, but a luxury handbag or a particular colour of tie does not determine someone’s political beliefs. It therefore supplies direct reporting and fashion analysis relevant to the photograph’s details and the argument drawn from it.</w:t>
      </w:r>
      <w:r/>
    </w:p>
    <w:p>
      <w:pPr>
        <w:pStyle w:val="ListNumber"/>
        <w:spacing w:line="240" w:lineRule="auto"/>
        <w:ind w:left="720"/>
      </w:pPr>
      <w:r/>
      <w:hyperlink r:id="rId10">
        <w:r>
          <w:rPr>
            <w:color w:val="0000EE"/>
            <w:u w:val="single"/>
          </w:rPr>
          <w:t>https://www.avclub.com/free-press-journalist-sharpened-anti-el-sayed-photo-chatgpt-reingold</w:t>
        </w:r>
      </w:hyperlink>
      <w:r>
        <w:t xml:space="preserve"> - William Hughes’s A.V. Club article reports on Olivia Reingold’s use of ChatGPT to process a photograph posted from Abdul El-Sayed’s election-night event. Reingold’s original post described designer brands she said she had seen among the crowd and included an image of a woman’s shoes and handbag. The article connects the controversy to scrutiny of the image’s unusual details, including observations made by Vanity Fair about the apparent construction of the shoes and bag. It reports Reingold’s subsequent statement that she had asked ChatGPT to brighten and sharpen the image, and quotes her insistence that the woman was real and wore the items pictured. Hughes argues that generative image processing can create details rather than merely improve a photograph, making the distinction between conventional editing and AI alteration important when an image is used as evidence. The article also notes that digital editing methods exist that do not involve generative AI. Its tone is critical and humorous, and it adopts a more emphatic interpretation of the episode than a straight news report would. The piece is useful as independent coverage of the public response and Reingold’s explanation, while its commentary and characterisations should be understood as the author’s views rather than neutral findings.</w:t>
      </w:r>
      <w:r/>
    </w:p>
    <w:p>
      <w:pPr>
        <w:pStyle w:val="ListNumber"/>
        <w:spacing w:line="240" w:lineRule="auto"/>
        <w:ind w:left="720"/>
      </w:pPr>
      <w:r/>
      <w:hyperlink r:id="rId13">
        <w:r>
          <w:rPr>
            <w:color w:val="0000EE"/>
            <w:u w:val="single"/>
          </w:rPr>
          <w:t>https://apnews.com/article/us-election-michigan-elsayed-habibi-arabs-egypt-2026-11-04</w:t>
        </w:r>
      </w:hyperlink>
      <w:r>
        <w:t xml:space="preserve"> - This Associated Press report describes Arab and Muslim American reactions to Abdul El-Sayed’s Senate victory and his use of Arabic expressions during his victory speech. It explains the meaning and everyday usage of “habibi,” a term of affection that can be translated as “my beloved” and used conversationally to mean “buddy” or “pal”. The article recounts El-Sayed addressing Vice President JD Vance as “JD, habibi” and making a joke about Vance’s constitutional role in swearing newly elected senators into office. It also explains his contrast between “inshallah”, or “God willing”, and “hamdulillah”, meaning “thank God”, after winning the race. The report places the celebration against the backdrop of Islamophobic rhetoric during the campaign and notes that El-Sayed’s Egyptian heritage and Muslim faith featured prominently in reactions to the result. It describes social-media posts celebrating the language in his speech and the joy expressed by supporters in Michigan and people in the Middle East. The story also identifies El-Sayed as the son of Egyptian immigrants and says he would become the first Muslim American senator. This article supports the contextual details about the Arabic phrases and the celebratory event; it does not corroborate the claims about Reingold’s photograph or the Free Press’s editorial policy.</w:t>
      </w:r>
      <w:r/>
    </w:p>
    <w:p>
      <w:pPr>
        <w:pStyle w:val="ListNumber"/>
        <w:spacing w:line="240" w:lineRule="auto"/>
        <w:ind w:left="720"/>
      </w:pPr>
      <w:r/>
      <w:hyperlink r:id="rId14">
        <w:r>
          <w:rPr>
            <w:color w:val="0000EE"/>
            <w:u w:val="single"/>
          </w:rPr>
          <w:t>https://www.reutersconnect.com/item/jd-habibi-el-sayed-jokes-about-delicious-irony-of-vance-having-to-swear-him-into-us-senate/dGFnOnJldXRlcnMuY29tLDIwMjY6bmV3c21sX09XQU5BQ0FBVklERU8yMDI2MTEwNDQyOTYwNzE0</w:t>
        </w:r>
      </w:hyperlink>
      <w:r>
        <w:t xml:space="preserve"> - This Reuters Connect page provides video and a transcript of Abdul El-Sayed speaking to supporters at a Michigan election-night event on 4 November 2026. The transcript records the crowd’s call-and-response with El-Sayed before he declares, “Michigan, we did it!” It then gives the section of his speech in which he criticises Republican Mike Rogers, addresses Vice President JD Vance as “JD, habibi”, and jokes that Vance will be constitutionally required to swear him into the Senate. The accompanying script says El-Sayed defeated Rogers in the Senate race and describes him as the first Muslim American elected to the US Senate. It also summarises his remarks about the campaign and his opponents. The page is particularly useful for checking the setting and content of the victory speech referenced in reports about El-Sayed’s election-night celebration. It is a video asset supplied by Anadolu Agency through Reuters Connect, and the page states that Reuters has not verified or endorsed the material. It does not discuss Olivia Reingold’s photograph, the designer items she identified, AI image processing, or the Free Press. Its relevance is therefore limited to confirming the public event and the quoted speech, rather than the article’s central controversy.</w:t>
      </w:r>
      <w:r/>
    </w:p>
    <w:p>
      <w:pPr>
        <w:pStyle w:val="ListNumber"/>
        <w:spacing w:line="240" w:lineRule="auto"/>
        <w:ind w:left="720"/>
      </w:pPr>
      <w:r/>
      <w:hyperlink r:id="rId12">
        <w:r>
          <w:rPr>
            <w:color w:val="0000EE"/>
            <w:u w:val="single"/>
          </w:rPr>
          <w:t>https://www.ap.org/the-definitive-source/announcements/ap-updates-newsroom-standards-for-artificial-intelligence/</w:t>
        </w:r>
      </w:hyperlink>
      <w:r>
        <w:t xml:space="preserve"> - The Associated Press announcement outlines its newsroom standards for artificial intelligence, updated in July 2026. It says AI may assist journalists with certain tasks, including early-stage research, document summaries, transcription, translation, headline suggestions, grammar and spelling. It stresses that human journalists remain responsible for editorial judgement, verification and accountability, and that AI output must be reviewed and edited before publication. Most relevant to the photograph controversy, AP states that it prohibits generative AI from creating, altering or enhancing news photography. The announcement also describes guidance for reporting on AI-generated or manipulated material, including clear identification and contextual presentation when such content appears in AP journalism. This source provides an example of a major newsroom’s formal standards for AI and photography, helping readers understand why disclosure and the distinction between ordinary editing and generative alteration can matter in journalism. It does not establish what policies the Free Press has adopted, nor does it independently verify how Reingold processed her image. It should therefore be used as background on newsroom practice, not as evidence of the Free Press’s rules or of the exact technical process involved in this particular case.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fector.com/free-press-dumbass-has-an-ai-whoopsie" TargetMode="External"/><Relationship Id="rId10" Type="http://schemas.openxmlformats.org/officeDocument/2006/relationships/hyperlink" Target="https://www.avclub.com/free-press-journalist-sharpened-anti-el-sayed-photo-chatgpt-reingold" TargetMode="External"/><Relationship Id="rId11" Type="http://schemas.openxmlformats.org/officeDocument/2006/relationships/hyperlink" Target="https://www.vanityfair.com/story/midterms-2026-fashion-analysis" TargetMode="External"/><Relationship Id="rId12" Type="http://schemas.openxmlformats.org/officeDocument/2006/relationships/hyperlink" Target="https://www.ap.org/the-definitive-source/announcements/ap-updates-newsroom-standards-for-artificial-intelligence/" TargetMode="External"/><Relationship Id="rId13" Type="http://schemas.openxmlformats.org/officeDocument/2006/relationships/hyperlink" Target="https://apnews.com/article/us-election-michigan-elsayed-habibi-arabs-egypt-2026-11-04" TargetMode="External"/><Relationship Id="rId14" Type="http://schemas.openxmlformats.org/officeDocument/2006/relationships/hyperlink" Target="https://www.reutersconnect.com/item/jd-habibi-el-sayed-jokes-about-delicious-irony-of-vance-having-to-swear-him-into-us-senate/dGFnOnJldXRlcnMuY29tLDIwMjY6bmV3c21sX09XQU5BQ0FBVklERU8yMDI2MTEwNDQyOTYwNzE0"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