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Goncourt winner Jaenada says he used AI three times — including to plant a clue</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Philippe Jaenada has described using artificial intelligence three times while writing the novel that won him the 2026 Prix Goncourt, presenting the experiments as limited and deliberate rather than an attempt to outsource his work. Speaking to France Inter the day after the award, he said writers should engage with the technology while ensuring it does not take their place, La Dépêche reported.</w:t>
      </w:r>
      <w:r/>
    </w:p>
    <w:p>
      <w:r/>
      <w:r>
        <w:t>One use was to leave a sentence generated by ChatGPT in the novel as a challenge for readers to spot. He also turned to AI for research and used another exchange to highlight the software’s capacity to produce nonsensical answers. According to 20 Minutes, the book itself recounts an exchange with ChatGPT and Claude about whether paving stones or hair dry more quickly, including answers Jaenada considered inaccurate.</w:t>
      </w:r>
      <w:r/>
    </w:p>
    <w:p>
      <w:r/>
      <w:r>
        <w:t>The admission was not, however, a sudden disclosure: 20 Minutes noted that Jaenada had already discussed these experiments in the novel. His approach also sits within a broader debate about how authors should disclose AI’s role in their work, and whether clearly identifying machine-generated passages could help readers understand how a book was made.</w:t>
      </w:r>
      <w:r/>
    </w:p>
    <w:p>
      <w:r/>
      <w:r>
        <w:t>That debate had intensified after Thélyson Orélien’s novel C’était ça ou mourir was removed from the Goncourt selection amid allegations of extensive AI use and plagiarism. The Académie Goncourt said its decision was intended to protect the award’s integrity and its recognition of literature written by human authors, Le Parisien reported. Orélien rejected the suggestion that the criticism was only about his book and said he felt there was an effort to silence him.</w:t>
      </w:r>
      <w:r/>
    </w:p>
    <w:p>
      <w:r/>
      <w:r>
        <w:t>The allegations should not be treated as established fact. A Canadian Press report published by Global News said Orélien denied using AI, while also noting that detection scores are not definitive proof of how much of a text was machine-generated. The controversy nevertheless brought questions of authorship and transparency into sharp focus during the prize season.</w:t>
      </w:r>
      <w:r/>
    </w:p>
    <w:p>
      <w:r/>
      <w:r>
        <w:t>Jaenada’s winning novel returns to the 1949 killing of Louise Cansot, a 29-year-old woman found dead in Paris. TV5MONDE reported that the academy awarded him six votes, against three for Sylvain Prudhomme, and placed the book within Jaenada’s wider body of investigative writing. His account of three limited uses of AI therefore adds a distinct strand to the discussion: not only whether writers use the tools, but how openly they explain their role.</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10">
        <w:r>
          <w:rPr>
            <w:color w:val="0000EE"/>
            <w:u w:val="single"/>
          </w:rPr>
          <w:t>[3]</w:t>
        </w:r>
      </w:hyperlink>
      <w:r>
        <w:t xml:space="preserve">- Paragraph 3: </w:t>
      </w:r>
      <w:hyperlink r:id="rId10">
        <w:r>
          <w:rPr>
            <w:color w:val="0000EE"/>
            <w:u w:val="single"/>
          </w:rPr>
          <w:t>[3]</w:t>
        </w:r>
      </w:hyperlink>
      <w:r>
        <w:t xml:space="preserve">- Paragraph 4: </w:t>
      </w:r>
      <w:hyperlink r:id="rId11">
        <w:r>
          <w:rPr>
            <w:color w:val="0000EE"/>
            <w:u w:val="single"/>
          </w:rPr>
          <w:t>[4]</w:t>
        </w:r>
      </w:hyperlink>
      <w:r>
        <w:t xml:space="preserve">- Paragraph 5: </w:t>
      </w:r>
      <w:hyperlink r:id="rId12">
        <w:r>
          <w:rPr>
            <w:color w:val="0000EE"/>
            <w:u w:val="single"/>
          </w:rPr>
          <w:t>[6]</w:t>
        </w:r>
      </w:hyperlink>
      <w:r>
        <w:t xml:space="preserve">- Paragraph 6: </w:t>
      </w:r>
      <w:hyperlink r:id="rId13">
        <w:r>
          <w:rPr>
            <w:color w:val="0000EE"/>
            <w:u w:val="single"/>
          </w:rPr>
          <w:t>[5]</w:t>
        </w:r>
      </w:hyperlink>
      <w:r/>
    </w:p>
    <w:p>
      <w:r/>
      <w:r>
        <w:t xml:space="preserve">Source: </w:t>
      </w:r>
      <w:hyperlink r:id="rId14">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https://www.ladepeche.fr/2026/11/04/jai-cache-une-phrase-de-chatgpt-dans-le-livre-le-prix-goncourt-2026-philippe-jaenada-revele-avoir-utilise-lia-pour-son-ouvrage-prime-13635923.php</w:t>
        </w:r>
      </w:hyperlink>
      <w:r>
        <w:t xml:space="preserve"> - Please view link - unable to able to access data</w:t>
      </w:r>
      <w:r/>
    </w:p>
    <w:p>
      <w:pPr>
        <w:pStyle w:val="ListNumber"/>
        <w:spacing w:line="240" w:lineRule="auto"/>
        <w:ind w:left="720"/>
      </w:pPr>
      <w:r/>
      <w:hyperlink r:id="rId9">
        <w:r>
          <w:rPr>
            <w:color w:val="0000EE"/>
            <w:u w:val="single"/>
          </w:rPr>
          <w:t>https://www.ladepeche.fr/2026/11/04/jai-cache-une-phrase-de-chatgpt-dans-le-livre-le-prix-goncourt-2026-philippe-jaenada-revele-avoir-utilise-lia-pour-son-ouvrage-prime-13635923.php</w:t>
        </w:r>
      </w:hyperlink>
      <w:r>
        <w:t xml:space="preserve"> - The article reports that Philippe Jaenada, awarded the 2026 Prix Goncourt for L’Inconnue du quai de Javel, said on France Inter that he had used artificial intelligence three times while writing the novel. He describes putting a ChatGPT-generated sentence into the book as a game for readers, consulting AI for research, and using another exchange to poke fun at the system’s absurd responses. Jaenada argues that writers should not pretend AI does not exist: they should learn to use it consciously and avoid being replaced by it. The book revisits the real 1949 murder of Louise Cansot, a 29-year-old woman found dead in Paris. The article also places Jaenada’s comments in the context of controversy about Thélyson Orélien’s novel C’était ça ou mourir. Orélien was removed from prize selections following allegations of extensive AI generation and plagiarism; his publisher reportedly suspended reprints and ended its relationship with him. The piece says Jaenada had been a favourite for the Goncourt and notes that he was due to visit independent bookshops in Toulouse. Overall, it presents his limited, openly acknowledged AI use as distinct from the allegations surrounding Orélien’s book, while raising questions about transparency and the role of AI in contemporary literary work.</w:t>
      </w:r>
      <w:r/>
    </w:p>
    <w:p>
      <w:pPr>
        <w:pStyle w:val="ListNumber"/>
        <w:spacing w:line="240" w:lineRule="auto"/>
        <w:ind w:left="720"/>
      </w:pPr>
      <w:r/>
      <w:hyperlink r:id="rId10">
        <w:r>
          <w:rPr>
            <w:color w:val="0000EE"/>
            <w:u w:val="single"/>
          </w:rPr>
          <w:t>https://www.20minutes.fr/arts-stars/culture/4260358-20261104-prix-goncourt-oui-philippe-jaenada-recours-ia-roman-non-scoop</w:t>
        </w:r>
      </w:hyperlink>
      <w:r>
        <w:t xml:space="preserve"> - This article argues that Philippe Jaenada’s admission of AI use was not a new revelation: he had already described it in L’Inconnue du quai de Javel. The 2026 Goncourt winner told France Inter that he had used AI three times, including to insert a generated sentence for readers to find and to help with research. The article points readers to pages 237–240 of the novel, where Jaenada recounts asking ChatGPT and Claude which dries faster, paving stones or hair. He reproduces their answers, including inaccurate ones, and comments on them with his characteristic humour. Jaenada also says he retained an AI-generated sentence in the manuscript and challenged readers to identify it. He presents AI as something that writers should acknowledge, learn to handle and use without allowing it to replace them. The article connects this view to his wider comments about the future of AI in writing and the possibility of clearly labelling AI-written passages. It also draws a comparison with the distinction between documented fact and imagined reconstruction in Jaenada’s account of Louise Cansot’s death. Its central point is that the author had openly discussed these experiments in the book, so the radio interview should not be portrayed as a dramatic confession.</w:t>
      </w:r>
      <w:r/>
    </w:p>
    <w:p>
      <w:pPr>
        <w:pStyle w:val="ListNumber"/>
        <w:spacing w:line="240" w:lineRule="auto"/>
        <w:ind w:left="720"/>
      </w:pPr>
      <w:r/>
      <w:hyperlink r:id="rId11">
        <w:r>
          <w:rPr>
            <w:color w:val="0000EE"/>
            <w:u w:val="single"/>
          </w:rPr>
          <w:t>https://www.leparisien.fr/culture-loisirs/livres/un-roman-ecrit-avec-lia-lacademie-goncourt-supprime-de-sa-selection-cetait-ca-ou-mourir-de-thelyson-orelien-25-09-2026-DZLMOK2RCZHINDKSXTXBXLVL2M.php</w:t>
        </w:r>
      </w:hyperlink>
      <w:r>
        <w:t xml:space="preserve"> - This report covers the Académie Goncourt’s decision to remove Thélyson Orélien’s novel C’était ça ou mourir from its 2026 selection. The academy said the decision was intended to protect the integrity of the prize and its aim of recognising literature written by human authors. The book, published by Grasset, had initially appeared on the first selection list and was due to compete for the award announced on 4 November. The decision followed allegations that Orélien had used artificial intelligence to write the novel, as well as separate accusations of plagiarism involving earlier writing. His Canadian publisher, Les Éditions du Boréal, had already suspended promotional activities, citing concern for the author’s well-being. Orélien, speaking at a literary festival in Manosque, rejected the idea that the criticism was simply about the book and said he felt there was an effort to silence him. The allegations had been amplified online by the account Balance ton Claude. The article reports the academy’s action and the publisher’s response while also recording Orélien’s objections, rather than presenting the accusations as uncontested fact. It provides context for the wider literary debate that later accompanied Philippe Jaenada’s comments about his own limited, openly described use of AI.</w:t>
      </w:r>
      <w:r/>
    </w:p>
    <w:p>
      <w:pPr>
        <w:pStyle w:val="ListNumber"/>
        <w:spacing w:line="240" w:lineRule="auto"/>
        <w:ind w:left="720"/>
      </w:pPr>
      <w:r/>
      <w:hyperlink r:id="rId13">
        <w:r>
          <w:rPr>
            <w:color w:val="0000EE"/>
            <w:u w:val="single"/>
          </w:rPr>
          <w:t>https://information.tv5monde.com/economie/le-prix-goncourt-2026-attribue-philippe-jaenada-pour-linconnue-du-quai-de-javel-2844266</w:t>
        </w:r>
      </w:hyperlink>
      <w:r>
        <w:t xml:space="preserve"> - TV5MONDE reports that Philippe Jaenada won the 2026 Prix Goncourt for L’Inconnue du quai de Javel, a book investigating the murder of a young Breton woman in Paris in the late 1940s. The nine-member academy awarded Jaenada six votes, against three for Sylvain Prudhomme’s De l’autre côté du lac. Jaenada said he felt joyful after the announcement at the Paris restaurant Drouant. The report places the result within a final selection that also included books by Clémentine Mélois and Yannick Haenel. It notes that the prize season had been affected by the controversy over Thélyson Orélien’s C’était ça ou mourir, which was removed from the Goncourt selection and other literary prize lists amid suspicions of AI use. Jaenada succeeded Laurent Mauvignier, the 2025 winner. The article describes the new laureate’s book as continuing the investigative, intimate-crime approach found in earlier works such as Sulak, La Petite Femelle and La Serpe. It also discusses the commercial and cultural importance of literary prizes, quoting Jaenada on their ability to bring a book to readers. The report supports the basic facts about the award, the novel’s subject, the voting result and the controversy that formed the backdrop to discussion of AI in literature.</w:t>
      </w:r>
      <w:r/>
    </w:p>
    <w:p>
      <w:pPr>
        <w:pStyle w:val="ListNumber"/>
        <w:spacing w:line="240" w:lineRule="auto"/>
        <w:ind w:left="720"/>
      </w:pPr>
      <w:r/>
      <w:hyperlink r:id="rId12">
        <w:r>
          <w:rPr>
            <w:color w:val="0000EE"/>
            <w:u w:val="single"/>
          </w:rPr>
          <w:t>https://globalnews.ca/news/12073249/quebec-author-dropped-from-goncourt-amid-ai-plagiarism-allegations/</w:t>
        </w:r>
      </w:hyperlink>
      <w:r>
        <w:t xml:space="preserve"> - This Canadian Press report explains that Quebec-based author Thélyson Orélien was removed from the running for the Prix Goncourt after allegations that artificial intelligence had been used to write C’était ça ou mourir. The Académie Goncourt also referred to plagiarism allegations concerning earlier work. It said several analyses by researchers and journalists had reached similar conclusions about possible extensive AI involvement, while the article makes clear that Orélien had denied using AI and did not provide further comment when contacted after the academy’s decision. He said he wanted to focus on his physical and mental health. The controversy had wider consequences: his Quebec publisher paused promotion of the novel, and a book fair cancelled appearances. The report describes how allegations were raised by the online project Balance ton Claude, which used Pangram detection software, and notes that such scores should not be treated as definitive proof of how much of a text was AI-written. It also covers debate about transparency, readers’ right to know how books are produced, and the potential effects of detection tools. The novel had recently won the Prix du Roman Fnac and remained under consideration for several other prizes at the time of publication. This background helps explain why Jaenada’s separately acknowledged, limited AI use attracted attention during the 2026 literary awards season.</w:t>
      </w:r>
      <w:r/>
    </w:p>
    <w:p>
      <w:pPr>
        <w:pStyle w:val="ListNumber"/>
        <w:spacing w:line="240" w:lineRule="auto"/>
        <w:ind w:left="720"/>
      </w:pPr>
      <w:r/>
      <w:hyperlink r:id="rId15">
        <w:r>
          <w:rPr>
            <w:color w:val="0000EE"/>
            <w:u w:val="single"/>
          </w:rPr>
          <w:t>https://www.academiegoncourt.com/goncourt-des-lyceens</w:t>
        </w:r>
      </w:hyperlink>
      <w:r>
        <w:t xml:space="preserve"> - The Académie Goncourt page outlines the Goncourt des Lycéens, a French literary prize organised by Fnac and the Ministry of National Education, with the academy’s support. It explains that the award gives young readers an opportunity to read and discuss a selection of novels before choosing their own winner. For 2026, the page lists sixteen selected books, including Philippe Jaenada’s L’inconnue du Quai de Javel, published by Flammarion. The programme involves nearly 2,000 pupils from schools across France, who read the novels and meet authors during regional events. The page describes the stages of the process, from the initial selection and classroom reading to regional deliberations and a national vote in Rennes. It also provides details of scheduled author meetings in several French cities. This is an official source for the book’s inclusion in the 2026 student-prize selection and for the wider educational context surrounding the award. It does not substantiate Jaenada’s statements about using ChatGPT, nor does it report the outcome of the main Prix Goncourt. Its relevance is narrower: it independently confirms that the novel was part of the 2026 Goncourt reading season and identifies its publisher and author. The page also describes the prize’s longstanding purpose of encouraging reading and making young people’s literary opinions heard.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adepeche.fr/2026/11/04/jai-cache-une-phrase-de-chatgpt-dans-le-livre-le-prix-goncourt-2026-philippe-jaenada-revele-avoir-utilise-lia-pour-son-ouvrage-prime-13635923.php" TargetMode="External"/><Relationship Id="rId10" Type="http://schemas.openxmlformats.org/officeDocument/2006/relationships/hyperlink" Target="https://www.20minutes.fr/arts-stars/culture/4260358-20261104-prix-goncourt-oui-philippe-jaenada-recours-ia-roman-non-scoop" TargetMode="External"/><Relationship Id="rId11" Type="http://schemas.openxmlformats.org/officeDocument/2006/relationships/hyperlink" Target="https://www.leparisien.fr/culture-loisirs/livres/un-roman-ecrit-avec-lia-lacademie-goncourt-supprime-de-sa-selection-cetait-ca-ou-mourir-de-thelyson-orelien-25-09-2026-DZLMOK2RCZHINDKSXTXBXLVL2M.php" TargetMode="External"/><Relationship Id="rId12" Type="http://schemas.openxmlformats.org/officeDocument/2006/relationships/hyperlink" Target="https://globalnews.ca/news/12073249/quebec-author-dropped-from-goncourt-amid-ai-plagiarism-allegations/" TargetMode="External"/><Relationship Id="rId13" Type="http://schemas.openxmlformats.org/officeDocument/2006/relationships/hyperlink" Target="https://information.tv5monde.com/economie/le-prix-goncourt-2026-attribue-philippe-jaenada-pour-linconnue-du-quai-de-javel-2844266" TargetMode="External"/><Relationship Id="rId14" Type="http://schemas.openxmlformats.org/officeDocument/2006/relationships/hyperlink" Target="https://www.noahwire.com" TargetMode="External"/><Relationship Id="rId15" Type="http://schemas.openxmlformats.org/officeDocument/2006/relationships/hyperlink" Target="https://www.academiegoncourt.com/goncourt-des-lycee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