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Alighieria brings AI into publishing’s back office as trust in authorship comes under strain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In Spain and across the wider Spanish-language publishing world, artificial intelligence is no longer only a question of authorship scandals and prize eligibility; it is increasingly woven into the mechanics of publishing itself. Recent controversy around Almadía’s suspension of presentations for "Donde el agua trabaja", after scrutiny by the AI detector Pangram suggested that almost the entire text may have been machine-generated, has sharpened debate about how far publishers can or should trust declarations from authors. The case has also highlighted a growing problem for literary competitions: once a manuscript is in circulation, enforcement often depends on honesty rather than any robust technical guarantee.</w:t>
      </w:r>
      <w:r/>
    </w:p>
    <w:p>
      <w:r/>
      <w:r>
        <w:t>That tension is part of the environment in which Antonio J. Rodríguez is building Alighieria, a company founded in 2025 with two engineers and now, he says, working with more than 100 publishers in seven Spanish-speaking countries. Rodríguez, who has moved from writing and editorial assessment into automation, describes the business as a set of tools aimed at the unglamorous but essential tasks of publishing: checking references, catching inconsistencies, handling contracts, rights and royalties, and generally reducing the burden of repetitive work that editors have long had to absorb manually.</w:t>
      </w:r>
      <w:r/>
    </w:p>
    <w:p>
      <w:r/>
      <w:r>
        <w:t>The company’s pitch is deliberately cautious. Rodríguez says the software does not replace editorial judgement and is designed to avoid altering the text itself. Instead, it flags anomalies for a human to decide whether to keep or discard. He compares the process to reviewing a dense reference work, where a single volume can contain a tangle of dates, figures and cross-references that would be exhausting to verify line by line. In his view, the value of automation lies in sorting through information, not in making literary decisions. Even when the system is used to generate reading reports, he argues that the final call remains subjective and belongs to the editor.</w:t>
      </w:r>
      <w:r/>
    </w:p>
    <w:p>
      <w:r/>
      <w:r>
        <w:t>That distinction matters because publishers are already using artificial intelligence in several different ways. According to the broader picture described in the source material, the first is back-office administration, where resistance is relatively limited because the technology is not signing books or judging manuscripts. The second is translation, where campaigners have urged clearer disclosure when generative tools are used. The third is the most contentious: submissions and prize entries, where accusations of hidden AI use have led to suspensions, verification checks and, in some cases, exclusion from competitions. In the background is a market that remains heavily overproduced, with Spain publishing roughly 100,000 titles a year, a scale that makes efficiency gains attractive even as the industry worries about trust, transparency and the future of human editorial authority.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9">
        <w:r>
          <w:rPr>
            <w:color w:val="0000EE"/>
            <w:u w:val="single"/>
          </w:rPr>
          <w:t>[1]</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https://www.abc.es/cultura/libros/correccion-contrato-editoriales-espanolas-usan-inteligencia-artificial-20261026015817-nt.html</w:t>
        </w:r>
      </w:hyperlink>
      <w:r>
        <w:t xml:space="preserve"> - Please view link - unable to able to access data</w:t>
      </w:r>
      <w:r/>
    </w:p>
    <w:p>
      <w:pPr>
        <w:pStyle w:val="ListNumber"/>
        <w:spacing w:line="240" w:lineRule="auto"/>
        <w:ind w:left="720"/>
      </w:pPr>
      <w:r/>
      <w:hyperlink r:id="rId10">
        <w:r>
          <w:rPr>
            <w:color w:val="0000EE"/>
            <w:u w:val="single"/>
          </w:rPr>
          <w:t>https://www.diariodemexico.com/escena/almadia-suspende-presentacion-donde-agua-trabaja-sospechas-uso-inteligencia-artificial/amp</w:t>
        </w:r>
      </w:hyperlink>
      <w:r>
        <w:t xml:space="preserve"> - Almadía, a Mexican publishing house, has suspended the presentations of 'Donde el agua trabaja' by David Silva Rojas after reports suggested that 99% of the text was generated using artificial intelligence. The decision follows the detection by Pangram, a reputable AI text detector, which attributed the majority of the novel's content to AI generation. The author, David Silva Rojas, had previously signed an agreement affirming that no AI was used in the creation of the novel. The publisher has announced a detailed review of the work to address these concerns. (</w:t>
      </w:r>
      <w:hyperlink r:id="rId17">
        <w:r>
          <w:rPr>
            <w:color w:val="0000EE"/>
            <w:u w:val="single"/>
          </w:rPr>
          <w:t>diariodemexico.com</w:t>
        </w:r>
      </w:hyperlink>
      <w:r>
        <w:t>)</w:t>
      </w:r>
      <w:r/>
    </w:p>
    <w:p>
      <w:pPr>
        <w:pStyle w:val="ListNumber"/>
        <w:spacing w:line="240" w:lineRule="auto"/>
        <w:ind w:left="720"/>
      </w:pPr>
      <w:r/>
      <w:hyperlink r:id="rId11">
        <w:r>
          <w:rPr>
            <w:color w:val="0000EE"/>
            <w:u w:val="single"/>
          </w:rPr>
          <w:t>https://www.que.es/2026/10/24/novela-escrita-con-ia-almadia/</w:t>
        </w:r>
      </w:hyperlink>
      <w:r>
        <w:t xml:space="preserve"> - Almadía, a Mexican publishing house, is conducting a thorough review of 'Donde el agua trabaja', a novel by David Silva Rojas that won the first edition of the Almadía-Ventosa Arrufat International Short Novel Prize. This action was prompted by reports indicating that 99% of the text was generated using generative artificial intelligence, as detected by Pangram, a reputable AI text detector. The author had previously signed a declaration affirming that no AI was used in the creation of the novel. The publisher has suspended all promotional activities related to the book during this review process. (</w:t>
      </w:r>
      <w:hyperlink r:id="rId18">
        <w:r>
          <w:rPr>
            <w:color w:val="0000EE"/>
            <w:u w:val="single"/>
          </w:rPr>
          <w:t>que.es</w:t>
        </w:r>
      </w:hyperlink>
      <w:r>
        <w:t>)</w:t>
      </w:r>
      <w:r/>
    </w:p>
    <w:p>
      <w:pPr>
        <w:pStyle w:val="ListNumber"/>
        <w:spacing w:line="240" w:lineRule="auto"/>
        <w:ind w:left="720"/>
      </w:pPr>
      <w:r/>
      <w:hyperlink r:id="rId12">
        <w:r>
          <w:rPr>
            <w:color w:val="0000EE"/>
            <w:u w:val="single"/>
          </w:rPr>
          <w:t>https://www.vozfederal.com/general/una-novela-premiada-queda-bajo-revision-por-una-sospecha-de-uso-de-inteligencia-artificial-iid26502</w:t>
        </w:r>
      </w:hyperlink>
      <w:r>
        <w:t xml:space="preserve"> - The Mexican publishing house Almadía has suspended the presentations of 'Donde el agua trabaja', a novel by David Silva Rojas, after reports suggested that 99% of the text was generated using artificial intelligence. The detection was made by Pangram, a reputable AI text detector, which attributed the majority of the novel's content to AI generation. The author, David Silva Rojas, had previously signed an agreement affirming that no AI was used in the creation of the novel. The publisher has announced a detailed review of the work to address these concerns. (</w:t>
      </w:r>
      <w:hyperlink r:id="rId19">
        <w:r>
          <w:rPr>
            <w:color w:val="0000EE"/>
            <w:u w:val="single"/>
          </w:rPr>
          <w:t>vozfederal.com</w:t>
        </w:r>
      </w:hyperlink>
      <w:r>
        <w:t>)</w:t>
      </w:r>
      <w:r/>
    </w:p>
    <w:p>
      <w:pPr>
        <w:pStyle w:val="ListNumber"/>
        <w:spacing w:line="240" w:lineRule="auto"/>
        <w:ind w:left="720"/>
      </w:pPr>
      <w:r/>
      <w:hyperlink r:id="rId13">
        <w:r>
          <w:rPr>
            <w:color w:val="0000EE"/>
            <w:u w:val="single"/>
          </w:rPr>
          <w:t>https://www.cronica.com.mx/cultura/2026/10/23/almadia-revisara-la-novela-que-premio-tras-indicios-de-uso-de-ia/</w:t>
        </w:r>
      </w:hyperlink>
      <w:r>
        <w:t xml:space="preserve"> - Almadía, a Mexican publishing house, is conducting a thorough review of 'Donde el agua trabaja', a novel by David Silva Rojas that won the first edition of the Almadía-Ventosa Arrufat International Short Novel Prize. This action was prompted by reports indicating that 99% of the text was generated using generative artificial intelligence, as detected by Pangram, a reputable AI text detector. The author had previously signed a declaration affirming that no AI was used in the creation of the novel. The publisher has suspended all promotional activities related to the book during this review process. (</w:t>
      </w:r>
      <w:hyperlink r:id="rId20">
        <w:r>
          <w:rPr>
            <w:color w:val="0000EE"/>
            <w:u w:val="single"/>
          </w:rPr>
          <w:t>cronica.com.mx</w:t>
        </w:r>
      </w:hyperlink>
      <w:r>
        <w:t>)</w:t>
      </w:r>
      <w:r/>
    </w:p>
    <w:p>
      <w:pPr>
        <w:pStyle w:val="ListNumber"/>
        <w:spacing w:line="240" w:lineRule="auto"/>
        <w:ind w:left="720"/>
      </w:pPr>
      <w:r/>
      <w:hyperlink r:id="rId14">
        <w:r>
          <w:rPr>
            <w:color w:val="0000EE"/>
            <w:u w:val="single"/>
          </w:rPr>
          <w:t>https://www.excelsior.com.mx/cultura/editorial-almadia-suspende-promocion-libro-donde-agua-trabaja-sospechas-ia</w:t>
        </w:r>
      </w:hyperlink>
      <w:r>
        <w:t xml:space="preserve"> - Almadía, a Mexican publishing house, has suspended all activities related to the presentation of 'Donde el agua trabaja', a novel by Peruvian author David Silva Rojas, after reports suggested that 99% of the text was generated using artificial intelligence. The detection was made by Pangram, a reputable AI text detector, which attributed the majority of the novel's content to AI generation. The author, David Silva Rojas, had previously signed an agreement affirming that no AI was used in the creation of the novel. The publisher has announced a detailed review of the work to address these concerns. (</w:t>
      </w:r>
      <w:hyperlink r:id="rId21">
        <w:r>
          <w:rPr>
            <w:color w:val="0000EE"/>
            <w:u w:val="single"/>
          </w:rPr>
          <w:t>excelsior.com.mx</w:t>
        </w:r>
      </w:hyperlink>
      <w:r>
        <w:t>)</w:t>
      </w:r>
      <w:r/>
    </w:p>
    <w:p>
      <w:pPr>
        <w:pStyle w:val="ListNumber"/>
        <w:spacing w:line="240" w:lineRule="auto"/>
        <w:ind w:left="720"/>
      </w:pPr>
      <w:r/>
      <w:hyperlink r:id="rId15">
        <w:r>
          <w:rPr>
            <w:color w:val="0000EE"/>
            <w:u w:val="single"/>
          </w:rPr>
          <w:t>https://www.lavozdegalicia.es/amp/noticia/cultura/2026/10/23/suspenden-presentacion-novela-agua-trabaja-sospechas-ia/00031792770726074249494.htm</w:t>
        </w:r>
      </w:hyperlink>
      <w:r>
        <w:t xml:space="preserve"> - Almadía, a Mexican publishing house, has suspended all activities related to the presentation of 'Donde el agua trabaja', a novel by Peruvian author David Silva Rojas, after reports suggested that 99% of the text was generated using artificial intelligence. The detection was made by Pangram, a reputable AI text detector, which attributed the majority of the novel's content to AI generation. The author, David Silva Rojas, had previously signed an agreement affirming that no AI was used in the creation of the novel. The publisher has announced a detailed review of the work to address these concerns. (</w:t>
      </w:r>
      <w:hyperlink r:id="rId22">
        <w:r>
          <w:rPr>
            <w:color w:val="0000EE"/>
            <w:u w:val="single"/>
          </w:rPr>
          <w:t>lavozdegalicia.es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es/cultura/libros/correccion-contrato-editoriales-espanolas-usan-inteligencia-artificial-20261026015817-nt.html" TargetMode="External"/><Relationship Id="rId10" Type="http://schemas.openxmlformats.org/officeDocument/2006/relationships/hyperlink" Target="https://www.diariodemexico.com/escena/almadia-suspende-presentacion-donde-agua-trabaja-sospechas-uso-inteligencia-artificial/amp" TargetMode="External"/><Relationship Id="rId11" Type="http://schemas.openxmlformats.org/officeDocument/2006/relationships/hyperlink" Target="https://www.que.es/2026/10/24/novela-escrita-con-ia-almadia/" TargetMode="External"/><Relationship Id="rId12" Type="http://schemas.openxmlformats.org/officeDocument/2006/relationships/hyperlink" Target="https://www.vozfederal.com/general/una-novela-premiada-queda-bajo-revision-por-una-sospecha-de-uso-de-inteligencia-artificial-iid26502" TargetMode="External"/><Relationship Id="rId13" Type="http://schemas.openxmlformats.org/officeDocument/2006/relationships/hyperlink" Target="https://www.cronica.com.mx/cultura/2026/10/23/almadia-revisara-la-novela-que-premio-tras-indicios-de-uso-de-ia/" TargetMode="External"/><Relationship Id="rId14" Type="http://schemas.openxmlformats.org/officeDocument/2006/relationships/hyperlink" Target="https://www.excelsior.com.mx/cultura/editorial-almadia-suspende-promocion-libro-donde-agua-trabaja-sospechas-ia" TargetMode="External"/><Relationship Id="rId15" Type="http://schemas.openxmlformats.org/officeDocument/2006/relationships/hyperlink" Target="https://www.lavozdegalicia.es/amp/noticia/cultura/2026/10/23/suspenden-presentacion-novela-agua-trabaja-sospechas-ia/00031792770726074249494.htm" TargetMode="External"/><Relationship Id="rId16" Type="http://schemas.openxmlformats.org/officeDocument/2006/relationships/hyperlink" Target="https://www.noahwire.com" TargetMode="External"/><Relationship Id="rId17" Type="http://schemas.openxmlformats.org/officeDocument/2006/relationships/hyperlink" Target="https://www.diariodemexico.com/escena/almadia-suspende-presentacion-donde-agua-trabaja-sospechas-uso-inteligencia-artificial/amp?utm_source=openai" TargetMode="External"/><Relationship Id="rId18" Type="http://schemas.openxmlformats.org/officeDocument/2006/relationships/hyperlink" Target="https://www.que.es/2026/10/24/novela-escrita-con-ia-almadia/?utm_source=openai" TargetMode="External"/><Relationship Id="rId19" Type="http://schemas.openxmlformats.org/officeDocument/2006/relationships/hyperlink" Target="https://www.vozfederal.com/general/una-novela-premiada-queda-bajo-revision-por-una-sospecha-de-uso-de-inteligencia-artificial-iid26502?utm_source=openai" TargetMode="External"/><Relationship Id="rId20" Type="http://schemas.openxmlformats.org/officeDocument/2006/relationships/hyperlink" Target="https://www.cronica.com.mx/cultura/2026/10/23/almadia-revisara-la-novela-que-premio-tras-indicios-de-uso-de-ia/?utm_source=openai" TargetMode="External"/><Relationship Id="rId21" Type="http://schemas.openxmlformats.org/officeDocument/2006/relationships/hyperlink" Target="https://www.excelsior.com.mx/cultura/editorial-almadia-suspende-promocion-libro-donde-agua-trabaja-sospechas-ia?utm_source=openai" TargetMode="External"/><Relationship Id="rId22" Type="http://schemas.openxmlformats.org/officeDocument/2006/relationships/hyperlink" Target="https://www.lavozdegalicia.es/amp/noticia/cultura/2026/10/23/suspenden-presentacion-novela-agua-trabaja-sospechas-ia/00031792770726074249494.ht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