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Boréal cuts ties with Thélyson Orélien after AI dispute deepens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Canadian publisher has severed ties with Haitian-Canadian novelist Thélyson Orélien after concluding that artificial intelligence was used in the preparation of his novel "C’était ça ou mourir", ending a dispute that had been simmering for weeks over the book’s authorship and the integrity of the manuscript. Les Éditions du Boréal said it had reviewed all available drafts and commissioned an external analysis after accusations first surfaced in September, according to reports in European and British media.</w:t>
      </w:r>
      <w:r/>
    </w:p>
    <w:p>
      <w:r/>
      <w:r>
        <w:t>In a statement relayed to Canadian outlets, the publisher said that new material confirmed over recent days pointed to the use of AI during the book’s creation, even if it could not say precisely how extensively the technology had been involved. The decisive factor, Boréal said, was the collapse of trust between editor and author. It added that it would not reprint the novel and would not publish any further work by Orélien.</w:t>
      </w:r>
      <w:r/>
    </w:p>
    <w:p>
      <w:r/>
      <w:r>
        <w:t>The case had already taken a serious turn on 25 September, when the Académie Goncourt withdrew the novel from consideration for its prize, saying it was, with all probability, largely the product of artificial intelligence. Orélien later issued a forceful denial in a lengthy statement circulated by the publisher, describing the allegations as defamatory and insisting that neither the sentences nor the structure of the book had been generated by a machine. He also acknowledged earlier episodes of plagiarism, which he attributed to his youth and inexperience, and offered an unqualified apology.</w:t>
      </w:r>
      <w:r/>
    </w:p>
    <w:p>
      <w:r/>
      <w:r>
        <w:t>That defence was further weakened this week when Le Devoir reported a more recent example of alleged borrowing: an article published in 2023 on ErraMagazine, a platform created by Orélien, which the newspaper said closely resembled a report it had produced days earlier in Tapachula, Mexico. The Canadian paper said the similarities extended to sources, statistics, narrative structure and even field observations, raising fresh doubts about the author’s explanation that his plagiarism had been confined to mistakes made years ago.</w:t>
      </w:r>
      <w:r/>
    </w:p>
    <w:p>
      <w:r/>
      <w:r>
        <w:t>Le Devoir also reported that the name and photograph of the article’s co-author, the Mexican writer Alejandro Soto Torres, are difficult to verify independently, with the image appearing to have been generated or altered by AI. Taken together, the findings have transformed what began as a prize controversy into a broader reckoning over authorship, transparency and the limits of trust in literary publishing.</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3">
        <w:r>
          <w:rPr>
            <w:color w:val="0000EE"/>
            <w:u w:val="single"/>
          </w:rPr>
          <w:t>[6]</w:t>
        </w:r>
      </w:hyperlink>
      <w:r>
        <w:t xml:space="preserve">- Paragraph 4: </w:t>
      </w:r>
      <w:hyperlink r:id="rId9">
        <w:r>
          <w:rPr>
            <w:color w:val="0000EE"/>
            <w:u w:val="single"/>
          </w:rPr>
          <w:t>[1]</w:t>
        </w:r>
      </w:hyperlink>
      <w:r>
        <w:t xml:space="preserve">- Paragraph 5: </w:t>
      </w:r>
      <w:hyperlink r:id="rId9">
        <w:r>
          <w:rPr>
            <w:color w:val="0000EE"/>
            <w:u w:val="single"/>
          </w:rPr>
          <w:t>[1]</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https://www.yucatan.com.mx/imagen/2026/10/22/editorial-canadiense-detecta-uso-de-ia-en-la-novela-de-thelyson-orelien-rompe-con-el-escritor.html</w:t>
        </w:r>
      </w:hyperlink>
      <w:r>
        <w:t xml:space="preserve"> - Please view link - unable to able to access data</w:t>
      </w:r>
      <w:r/>
    </w:p>
    <w:p>
      <w:pPr>
        <w:pStyle w:val="ListNumber"/>
        <w:spacing w:line="240" w:lineRule="auto"/>
        <w:ind w:left="720"/>
      </w:pPr>
      <w:r/>
      <w:hyperlink r:id="rId10">
        <w:r>
          <w:rPr>
            <w:color w:val="0000EE"/>
            <w:u w:val="single"/>
          </w:rPr>
          <w:t>https://www.euronews.com/2026/10/21/thelyson-orelien-row-publisher-says-ai-used-to-write-cetait-ca-ou-mourir</w:t>
        </w:r>
      </w:hyperlink>
      <w:r>
        <w:t xml:space="preserve"> - Euronews reports that Canadian publisher Les Éditions du Boréal has confirmed the use of artificial intelligence (AI) in the writing of Thélyson Orélien's novel 'C'était ça ou mourir'. Despite Orélien's previous denials, the publisher's investigation found traces of AI markers in the document metadata. Consequently, Boréal has severed its professional relationship with Orélien and announced it will not reprint the novel or publish future works by the author. The publisher emphasized the importance of trust between authors and publishers in their decision.</w:t>
      </w:r>
      <w:r/>
    </w:p>
    <w:p>
      <w:pPr>
        <w:pStyle w:val="ListNumber"/>
        <w:spacing w:line="240" w:lineRule="auto"/>
        <w:ind w:left="720"/>
      </w:pPr>
      <w:r/>
      <w:hyperlink r:id="rId11">
        <w:r>
          <w:rPr>
            <w:color w:val="0000EE"/>
            <w:u w:val="single"/>
          </w:rPr>
          <w:t>https://www.theguardian.com/culture/2026/oct/22/canadian-publisher-boreal-ends-relationship-author-thelyson-orelien-over-ai</w:t>
        </w:r>
      </w:hyperlink>
      <w:r>
        <w:t xml:space="preserve"> - The Guardian reports that Canadian publisher Les Éditions du Boréal has ended its relationship with novelist Thélyson Orélien after confirming the use of artificial intelligence in his novel 'C'était ça ou mourir'. Despite Orélien's repeated denials, the publisher's investigation revealed the presence of AI-generated content in the manuscript. As a result, Boréal has decided not to reprint the novel and will not publish any future works by Orélien, citing a fundamental issue of trust between authors and publishers.</w:t>
      </w:r>
      <w:r/>
    </w:p>
    <w:p>
      <w:pPr>
        <w:pStyle w:val="ListNumber"/>
        <w:spacing w:line="240" w:lineRule="auto"/>
        <w:ind w:left="720"/>
      </w:pPr>
      <w:r/>
      <w:hyperlink r:id="rId12">
        <w:r>
          <w:rPr>
            <w:color w:val="0000EE"/>
            <w:u w:val="single"/>
          </w:rPr>
          <w:t>https://www.thebookseller.com/news/thelyson-oreliens-canadian-publisher-cuts-ties-over-ai-allegations</w:t>
        </w:r>
      </w:hyperlink>
      <w:r>
        <w:t xml:space="preserve"> - The Bookseller reports that Les Éditions du Boréal has severed ties with author Thélyson Orélien over allegations of using artificial intelligence in his novel 'C'était ça ou mourir'. Despite Orélien's denials, the publisher's external analysis found traces of AI markers in the document metadata. Boréal stated it does not know the extent of AI usage but emphasized the importance of trust between authors and publishers in its decision to cease publishing Orélien's works.</w:t>
      </w:r>
      <w:r/>
    </w:p>
    <w:p>
      <w:pPr>
        <w:pStyle w:val="ListNumber"/>
        <w:spacing w:line="240" w:lineRule="auto"/>
        <w:ind w:left="720"/>
      </w:pPr>
      <w:r/>
      <w:hyperlink r:id="rId15">
        <w:r>
          <w:rPr>
            <w:color w:val="0000EE"/>
            <w:u w:val="single"/>
          </w:rPr>
          <w:t>https://www.aljazeera.com/news/2026/10/21/canadian-publisher-drops-writer-thelyson-orelien-over-ai-use-in-novel</w:t>
        </w:r>
      </w:hyperlink>
      <w:r>
        <w:t xml:space="preserve"> - Al Jazeera reports that Canadian publisher Les Éditions du Boréal has ended its professional relationship with novelist Thélyson Orélien after confirming the use of artificial intelligence in his novel 'C'était ça ou mourir'. Despite Orélien's denials, the publisher's investigation found evidence of AI-generated content in the manuscript. As a result, Boréal has decided not to reprint the novel and will not publish any future works by Orélien, citing a fundamental issue of trust between authors and publishers.</w:t>
      </w:r>
      <w:r/>
    </w:p>
    <w:p>
      <w:pPr>
        <w:pStyle w:val="ListNumber"/>
        <w:spacing w:line="240" w:lineRule="auto"/>
        <w:ind w:left="720"/>
      </w:pPr>
      <w:r/>
      <w:hyperlink r:id="rId13">
        <w:r>
          <w:rPr>
            <w:color w:val="0000EE"/>
            <w:u w:val="single"/>
          </w:rPr>
          <w:t>https://www.lemonde.fr/en/pixels/article/2026/09/24/a-breakout-star-author-is-accused-of-using-ai-in-his-prize-contending-debut_6757882_13.html</w:t>
        </w:r>
      </w:hyperlink>
      <w:r>
        <w:t xml:space="preserve"> - Le Monde reports on the controversy surrounding Thélyson Orélien's novel 'C'était ça ou mourir', which has been accused of being predominantly written using artificial intelligence. The allegations emerged from an anonymous social media account using the Pangram AI-detection tool, which claimed the text was largely machine-generated. Despite going viral and sparking widespread debate, Orélien vehemently denies the claims, calling them malicious and racially motivated. His publishers in France and Canada have expressed support, with Grasset denouncing the accusations and Boréal pledging to investigate.</w:t>
      </w:r>
      <w:r/>
    </w:p>
    <w:p>
      <w:pPr>
        <w:pStyle w:val="ListNumber"/>
        <w:spacing w:line="240" w:lineRule="auto"/>
        <w:ind w:left="720"/>
      </w:pPr>
      <w:r/>
      <w:hyperlink r:id="rId16">
        <w:r>
          <w:rPr>
            <w:color w:val="0000EE"/>
            <w:u w:val="single"/>
          </w:rPr>
          <w:t>https://www.lemonde.fr/en/opinion/article/2026/09/25/ai-and-literature-no-one-in-this-debate-has-asked-whether-a-writer-has-the-right-to-work-with-a-machine_6757917_23.html</w:t>
        </w:r>
      </w:hyperlink>
      <w:r>
        <w:t xml:space="preserve"> - Le Monde's opinion piece discusses the debate over the use of artificial intelligence in literature, sparked by the controversy surrounding Thélyson Orélien's novel 'C'était ça ou mourir'. The author argues that the fundamental question—whether writers have the right to work with AI—has not been addressed. Highlighting the historical use of creative constraints by writers, the piece posits that AI is just another constraint or writing aid, governed by the same creative rigor. The writer calls for transparency and the establishment of clear guidelines for AI use in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ucatan.com.mx/imagen/2026/10/22/editorial-canadiense-detecta-uso-de-ia-en-la-novela-de-thelyson-orelien-rompe-con-el-escritor.html" TargetMode="External"/><Relationship Id="rId10" Type="http://schemas.openxmlformats.org/officeDocument/2006/relationships/hyperlink" Target="https://www.euronews.com/2026/10/21/thelyson-orelien-row-publisher-says-ai-used-to-write-cetait-ca-ou-mourir" TargetMode="External"/><Relationship Id="rId11" Type="http://schemas.openxmlformats.org/officeDocument/2006/relationships/hyperlink" Target="https://www.theguardian.com/culture/2026/oct/22/canadian-publisher-boreal-ends-relationship-author-thelyson-orelien-over-ai" TargetMode="External"/><Relationship Id="rId12" Type="http://schemas.openxmlformats.org/officeDocument/2006/relationships/hyperlink" Target="https://www.thebookseller.com/news/thelyson-oreliens-canadian-publisher-cuts-ties-over-ai-allegations" TargetMode="External"/><Relationship Id="rId13" Type="http://schemas.openxmlformats.org/officeDocument/2006/relationships/hyperlink" Target="https://www.lemonde.fr/en/pixels/article/2026/09/24/a-breakout-star-author-is-accused-of-using-ai-in-his-prize-contending-debut_6757882_13.html" TargetMode="External"/><Relationship Id="rId14" Type="http://schemas.openxmlformats.org/officeDocument/2006/relationships/hyperlink" Target="https://www.noahwire.com" TargetMode="External"/><Relationship Id="rId15" Type="http://schemas.openxmlformats.org/officeDocument/2006/relationships/hyperlink" Target="https://www.aljazeera.com/news/2026/10/21/canadian-publisher-drops-writer-thelyson-orelien-over-ai-use-in-novel" TargetMode="External"/><Relationship Id="rId16" Type="http://schemas.openxmlformats.org/officeDocument/2006/relationships/hyperlink" Target="https://www.lemonde.fr/en/opinion/article/2026/09/25/ai-and-literature-no-one-in-this-debate-has-asked-whether-a-writer-has-the-right-to-work-with-a-machine_6757917_2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