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CNN gives Google expanded content rights in multi-year generative AI deal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CNN has struck a multi-year partnership with Google to test how generative artificial intelligence can be woven into its news products, in a move that underscores how major media groups are trying to reshape distribution without surrendering control of their journalism. According to CNN’s announcement, the agreement gives Google enhanced content rights for experimental features across its products, with both companies aiming to find new ways for audiences to discover and engage with CNN reporting.</w:t>
      </w:r>
      <w:r/>
    </w:p>
    <w:p>
      <w:r/>
      <w:r>
        <w:t>Sam Felix, CNN’s senior vice-president for strategic partnerships and business development, said the tie-up would open “new pathways” for audiences to access the network’s journalism while ensuring CNN is compensated for the use of its intellectual property in AI products. He added that Google’s advances in generative AI have altered how people find information, and that the partnership will help CNN explore new routes to reach viewers and readers.</w:t>
      </w:r>
      <w:r/>
    </w:p>
    <w:p>
      <w:r/>
      <w:r>
        <w:t>The deal also reflects CNN’s broader effort to protect its intellectual property as artificial intelligence becomes more deeply embedded in the media business. The network said the arrangement fits within its AI strategy, which it says is designed to safeguard its rights while allowing for commercial experimentation. Financial terms were not disclosed, and the companies have described the initiative as a pilot within a wider programme by Google to test how AI tools can support news traffic and audience growth for publishers.</w:t>
      </w:r>
      <w:r/>
    </w:p>
    <w:p>
      <w:r/>
      <w:r>
        <w:t>Industry coverage noted that the partnership arrives at a moment when technology companies and news organisations are renegotiating the terms of content use, compensation and control. For CNN, the agreement appears to be as much about commercial leverage as product development: it allows the broadcaster to participate in AI-led discovery while retaining a framework for payment, a combination that other publishers are likely to watch closely as they weigh similar deals.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3: </w:t>
      </w:r>
      <w:hyperlink r:id="rId10">
        <w:r>
          <w:rPr>
            <w:color w:val="0000EE"/>
            <w:u w:val="single"/>
          </w:rPr>
          <w:t>[2]</w:t>
        </w:r>
      </w:hyperlink>
      <w:r>
        <w:t xml:space="preserve">, </w:t>
      </w:r>
      <w:hyperlink r:id="rId15">
        <w:r>
          <w:rPr>
            <w:color w:val="0000EE"/>
            <w:u w:val="single"/>
          </w:rPr>
          <w:t>[4]</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5">
        <w:r>
          <w:rPr>
            <w:color w:val="0000EE"/>
            <w:u w:val="single"/>
          </w:rPr>
          <w:t>[4]</w:t>
        </w:r>
      </w:hyperlink>
      <w:r>
        <w:t xml:space="preserve">, </w:t>
      </w:r>
      <w:hyperlink r:id="rId12">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https://vanguardia.com.mx/noticias/se-alian-cnn-y-google-para-probar-la-ia-generativa-en-el-periodismo-DP24188218</w:t>
        </w:r>
      </w:hyperlink>
      <w:r>
        <w:t xml:space="preserve"> - Please view link - unable to able to access data</w:t>
      </w:r>
      <w:r/>
    </w:p>
    <w:p>
      <w:pPr>
        <w:pStyle w:val="ListNumber"/>
        <w:spacing w:line="240" w:lineRule="auto"/>
        <w:ind w:left="720"/>
      </w:pPr>
      <w:r/>
      <w:hyperlink r:id="rId10">
        <w:r>
          <w:rPr>
            <w:color w:val="0000EE"/>
            <w:u w:val="single"/>
          </w:rPr>
          <w:t>https://cnnpressroom.blogs.cnn.com/2026/10/15/cnn-announces-ai-partnership-with-google/</w:t>
        </w:r>
      </w:hyperlink>
      <w:r>
        <w:t xml:space="preserve"> - CNN has announced a strategic multi-year partnership with Google to integrate generative AI technologies into its news platforms. This collaboration aims to explore new ways to engage audiences by providing enhanced content rights for experimental features in Google products. Sam Felix, CNN's Senior Vice President of Strategic Partnerships and Business Development, stated that the partnership opens new pathways for audiences to access CNN's journalism while ensuring compensation for the use of its intellectual property in AI products. The agreement aligns with CNN's AI strategy, which focuses on safeguarding its intellectual property.</w:t>
      </w:r>
      <w:r/>
    </w:p>
    <w:p>
      <w:pPr>
        <w:pStyle w:val="ListNumber"/>
        <w:spacing w:line="240" w:lineRule="auto"/>
        <w:ind w:left="720"/>
      </w:pPr>
      <w:r/>
      <w:hyperlink r:id="rId11">
        <w:r>
          <w:rPr>
            <w:color w:val="0000EE"/>
            <w:u w:val="single"/>
          </w:rPr>
          <w:t>https://www.newscaststudio.com/2026/10/15/cnn-google-ai-partnership/</w:t>
        </w:r>
      </w:hyperlink>
      <w:r>
        <w:t xml:space="preserve"> - CNN has entered into a multi-year strategic partnership with Google to explore how generative AI can enhance audience engagement with CNN's journalism. Under the agreement, CNN will provide expanded content rights for use in certain Google products, allowing the companies to experiment with new approaches to news discovery and audience engagement. The partnership also establishes a commercial framework for compensating CNN for the delivery and use of its intellectual property in connection with AI products. Sam Felix, CNN's Senior Vice President of Strategic Partnerships and Business Development, highlighted the potential of generative AI to transform how people discover information and content.</w:t>
      </w:r>
      <w:r/>
    </w:p>
    <w:p>
      <w:pPr>
        <w:pStyle w:val="ListNumber"/>
        <w:spacing w:line="240" w:lineRule="auto"/>
        <w:ind w:left="720"/>
      </w:pPr>
      <w:r/>
      <w:hyperlink r:id="rId15">
        <w:r>
          <w:rPr>
            <w:color w:val="0000EE"/>
            <w:u w:val="single"/>
          </w:rPr>
          <w:t>https://www.spokesman.com/stories/2026/oct/15/cnn-signs-multi-year-ai-partnership-with-google/</w:t>
        </w:r>
      </w:hyperlink>
      <w:r>
        <w:t xml:space="preserve"> - CNN has agreed to a multi-year partnership with Google to explore how generative AI can drive audience engagement across the network. The deal marks the first partnership announced since Skydance's merger with Paramount, under CEO David Ellison, who has sought to position the media group as a technology-driven business. As part of the deal, CNN will provide enhanced content rights for experimental features in Google's products. Financial terms of the deal were not disclosed. CNN said the deal is in line with its strategy to protect its intellectual property, adding that it has multiple commercial partnerships and ongoing discussions with other industry players.</w:t>
      </w:r>
      <w:r/>
    </w:p>
    <w:p>
      <w:pPr>
        <w:pStyle w:val="ListNumber"/>
        <w:spacing w:line="240" w:lineRule="auto"/>
        <w:ind w:left="720"/>
      </w:pPr>
      <w:r/>
      <w:hyperlink r:id="rId12">
        <w:r>
          <w:rPr>
            <w:color w:val="0000EE"/>
            <w:u w:val="single"/>
          </w:rPr>
          <w:t>https://www.broadbandtvnews.com/2026/10/16/cnn-signs-multi-year-ai-content-partnership-with-google/</w:t>
        </w:r>
      </w:hyperlink>
      <w:r>
        <w:t xml:space="preserve"> - CNN has agreed a multi-year partnership with Google, providing enhanced content rights for experimental features across Google products. The agreement will explore how generative AI can help audiences discover and engage with CNN's journalism, while compensating the broadcaster for the use of its intellectual property. Sam Felix, CNN's Senior Vice President of Strategic Partnerships and Business Development, stated that the partnership opens new pathways for audiences to access CNN's unparalleled journalism while being compensated for the delivery and use of its unique intellectual property in connection with AI products. The agreement is in line with CNN's AI strategy that ensures the safeguarding of its intellectual property.</w:t>
      </w:r>
      <w:r/>
    </w:p>
    <w:p>
      <w:pPr>
        <w:pStyle w:val="ListNumber"/>
        <w:spacing w:line="240" w:lineRule="auto"/>
        <w:ind w:left="720"/>
      </w:pPr>
      <w:r/>
      <w:hyperlink r:id="rId13">
        <w:r>
          <w:rPr>
            <w:color w:val="0000EE"/>
            <w:u w:val="single"/>
          </w:rPr>
          <w:t>https://www.advanced-television.com/2026/10/16/cnn-signs-ai-partnership-with-google/</w:t>
        </w:r>
      </w:hyperlink>
      <w:r>
        <w:t xml:space="preserve"> - CNN, the US news network, has announced a multi-year AI partnership with Google. Through the deal, CNN will provide enhanced content rights enabling experimental features in Google products to help explore how generative AI can further drive engaged audiences across CNN's journalism. Sam Felix, Senior Vice President, Strategic Partnerships and Business Development, stated that the partnership opens new pathways for audiences to access CNN's unparalleled journalism while being compensated for the delivery and use of its unique intellectual property in connection with AI products. The agreement is in line with CNN's AI strategy that ensures the safeguarding of its intellectual property.</w:t>
      </w:r>
      <w:r/>
    </w:p>
    <w:p>
      <w:pPr>
        <w:pStyle w:val="ListNumber"/>
        <w:spacing w:line="240" w:lineRule="auto"/>
        <w:ind w:left="720"/>
      </w:pPr>
      <w:r/>
      <w:hyperlink r:id="rId14">
        <w:r>
          <w:rPr>
            <w:color w:val="0000EE"/>
            <w:u w:val="single"/>
          </w:rPr>
          <w:t>https://finance.yahoo.com/technology/ai/articles/cnn-google-partner-ai-experimental-171212151.html</w:t>
        </w:r>
      </w:hyperlink>
      <w:r>
        <w:t xml:space="preserve"> - CNN said that it had reached a multi-year partnership with Google to experiment with AI products using the network's content. The network 'will provide enhanced content rights enabling experimental features in Google products to help explore how generative AI can further drive engaged audiences across CNN's journalism,' per an announcement. The terms of the agreement were not announced, but CNN said that it was in line with its AI strategy 'that ensures the safeguarding of its intellectual property.' Sam Felix, senior vice president of strategic partnerships and business development, said in a statement, 'With this partnership we're unlocking new pathways for audiences to access CNN's unparalleled journalism while being compensated for the delivery and use of our unique intellectual property in connection with AI products.'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nguardia.com.mx/noticias/se-alian-cnn-y-google-para-probar-la-ia-generativa-en-el-periodismo-DP24188218" TargetMode="External"/><Relationship Id="rId10" Type="http://schemas.openxmlformats.org/officeDocument/2006/relationships/hyperlink" Target="https://cnnpressroom.blogs.cnn.com/2026/10/15/cnn-announces-ai-partnership-with-google/" TargetMode="External"/><Relationship Id="rId11" Type="http://schemas.openxmlformats.org/officeDocument/2006/relationships/hyperlink" Target="https://www.newscaststudio.com/2026/10/15/cnn-google-ai-partnership/" TargetMode="External"/><Relationship Id="rId12" Type="http://schemas.openxmlformats.org/officeDocument/2006/relationships/hyperlink" Target="https://www.broadbandtvnews.com/2026/10/16/cnn-signs-multi-year-ai-content-partnership-with-google/" TargetMode="External"/><Relationship Id="rId13" Type="http://schemas.openxmlformats.org/officeDocument/2006/relationships/hyperlink" Target="https://www.advanced-television.com/2026/10/16/cnn-signs-ai-partnership-with-google/" TargetMode="External"/><Relationship Id="rId14" Type="http://schemas.openxmlformats.org/officeDocument/2006/relationships/hyperlink" Target="https://finance.yahoo.com/technology/ai/articles/cnn-google-partner-ai-experimental-171212151.html" TargetMode="External"/><Relationship Id="rId15" Type="http://schemas.openxmlformats.org/officeDocument/2006/relationships/hyperlink" Target="https://www.spokesman.com/stories/2026/oct/15/cnn-signs-multi-year-ai-partnership-with-googl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