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Radio presenters put AI to work — but insist every script needs a human edit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At a Mentoring and Inspiring Women in Radio webinar, broadcasters described artificial intelligence as a practical aid for generating ideas, preparing advertising copy and finding new uses for material already made for the airwaves. Their warning was equally clear: the technology can assist the work, but people must supply the judgement, accuracy and personality that make radio distinctive.</w:t>
      </w:r>
      <w:r/>
    </w:p>
    <w:p>
      <w:r/>
      <w:r>
        <w:t>The “AI for Content Creators” session brought together moderator Meg Dowdy, Townsquare Media’s regional content director and national contesting director, with Audacy’s Andre Yancey, Houston presenter Lauren “Lo” Sessions, and iHeartMedia San Francisco co-hosts Carolyn McArdle and Cort Johnson. The 45-minute discussion and question-and-answer session had been billed as a practical look at applying AI across radio and digital production while preserving the character listeners value, according to advance coverage by The Local Radio Newsletter and TV News Check.</w:t>
      </w:r>
      <w:r/>
    </w:p>
    <w:p>
      <w:r/>
      <w:r>
        <w:t>Sessions said she turns to AI for fresh approaches to trending stories and questions that connect with Houston audiences, rather than relying on generic suggestions. “AI doesn’t know what it’s like to be me, right?” she said, adding: “I think you can push back on AI. You don’t have to accept the first answer that it gives you.” The principle was echoed by Yancey, who described shaping prompts around the comic style and background of former colleague Ed Lover, while stressing that generated material needs human scrutiny. “The fact-checking isn’t there because we know AI hallucinates more than it doesn’t,” he said.</w:t>
      </w:r>
      <w:r/>
    </w:p>
    <w:p>
      <w:r/>
      <w:r>
        <w:t>For McArdle and Johnson, one of the most useful applications is producing a first draft of endorsement or speculative adverts from client information. McArdle said the process could save substantial time, but the copy still needed to be checked and rewritten: AI might omit crucial details, including a telephone number or website. Johnson said he transfers drafts into Word and reworks them in his own voice, using the machine’s version as a framework. He also described experimenting with AI-generated graphics, which could look polished but sometimes felt too polished. Radio Ink’s account of the webinar presents these examples as assistance with production, not a substitute for the presenters’ own editing.</w:t>
      </w:r>
      <w:r/>
    </w:p>
    <w:p>
      <w:r/>
      <w:r>
        <w:t>The risks of skipping that edit became vivid when McArdle recalled nearly reading a chatbot’s follow-up question during a live commercial. After asking the system to revise an endorsement, she left its question in the script. Spotting the stray line as she read ahead, she abandoned the copy and finished by directing listeners to the client. “Just make sure you proof everything,” she said. The incident underlined the gap between a fluent-looking draft and material ready for broadcast.</w:t>
      </w:r>
      <w:r/>
    </w:p>
    <w:p>
      <w:r/>
      <w:r>
        <w:t>The panellists also discussed extending the life of existing work. Sessions adapts a short pop-culture feature for social video, while Yancey uses Opus and CapCut to identify shorter extracts from air checks and shares a monthly newsletter showing sales and corporate teams what the station has produced. “We don’t always need to create more content. But sometimes we just need to get more mileage out of the content that we’re already creating, you know,” Sessions said. Dowdy recommended a prompting technique that gives the AI a role, relevant context and a specific aim, then asks what further information it needs. “Don’t waste time struggling trying to come up with the perfect prompt,” she said.</w:t>
      </w:r>
      <w:r/>
    </w:p>
    <w:p>
      <w:r/>
      <w:r>
        <w:t>Yancey said his own early error was treating AI like a search engine, an approach he later abandoned. His broader message was that managers should help staff use the tools without losing their grounding: “If we can stay true and have integrity with our craft and then use AI as a second nature aspect, that’s how us in leadership can really get our talent to grow and stay within the realms of reality.” MIW said it plans to announce a full programme of free educational webinars for 2027, with details to be shared through its email newsletter.</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w:t>
      </w:r>
      <w:hyperlink r:id="rId12">
        <w:r>
          <w:rPr>
            <w:color w:val="0000EE"/>
            <w:u w:val="single"/>
          </w:rPr>
          <w:t>[6]</w:t>
        </w:r>
      </w:hyperlink>
      <w:r/>
    </w:p>
    <w:p>
      <w:r/>
      <w:r>
        <w:t xml:space="preserve">Source: </w:t>
      </w:r>
      <w:hyperlink r:id="rId13">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https://radioink.com/2026/11/04/train-it-push-back-edit-radio-talent-share-their-ai-rules/</w:t>
        </w:r>
      </w:hyperlink>
      <w:r>
        <w:t xml:space="preserve"> - Please view link - unable to able to access data</w:t>
      </w:r>
      <w:r/>
    </w:p>
    <w:p>
      <w:pPr>
        <w:pStyle w:val="ListNumber"/>
        <w:spacing w:line="240" w:lineRule="auto"/>
        <w:ind w:left="720"/>
      </w:pPr>
      <w:r/>
      <w:hyperlink r:id="rId9">
        <w:r>
          <w:rPr>
            <w:color w:val="0000EE"/>
            <w:u w:val="single"/>
          </w:rPr>
          <w:t>https://radioink.com/2026/11/04/train-it-push-back-edit-radio-talent-share-their-ai-rules/</w:t>
        </w:r>
      </w:hyperlink>
      <w:r>
        <w:t xml:space="preserve"> - Radio Ink reports on Mentoring and Inspiring Women in Radio’s “AI for Content Creators” webinar, featuring Meg Dowdy, Andre Yancey, Lauren “Lo” Sessions, Carolyn McArdle and Cort Johnson. The panel describes AI as a useful assistant for brainstorming, preparing show topics, drafting advertising copy and adapting broadcast material for social media, while stressing that broadcasters must preserve their own judgement and distinctive voices. Sessions says she uses AI to develop unexpected angles and locally relevant audience questions, but challenges its initial suggestions rather than accepting them automatically. Yancey explains how prompts can be shaped around a performer’s style, while warning that AI-generated information requires human checking. McArdle and Johnson discuss using AI to draft endorsement and speculative advertisements, then rewriting the results and checking for missing details such as phone numbers and websites. Johnson also describes using AI to identify shorter clips from air checks, alongside tools including Opus and CapCut. Dowdy presents a prompting method based on role, context and a clear objective. The article’s central cautionary example concerns McArdle nearly reading a chatbot’s follow-up question during a live commercial after failing to proofread the script. The panel’s broader message is that AI can save time and extend existing content, but should not replace careful editing, accuracy or human personality.</w:t>
      </w:r>
      <w:r/>
    </w:p>
    <w:p>
      <w:pPr>
        <w:pStyle w:val="ListNumber"/>
        <w:spacing w:line="240" w:lineRule="auto"/>
        <w:ind w:left="720"/>
      </w:pPr>
      <w:r/>
      <w:hyperlink r:id="rId10">
        <w:r>
          <w:rPr>
            <w:color w:val="0000EE"/>
            <w:u w:val="single"/>
          </w:rPr>
          <w:t>https://localradionewsletter.com/miw-webinar-shows-how-radio-personalities-put-ai-to-work/</w:t>
        </w:r>
      </w:hyperlink>
      <w:r>
        <w:t xml:space="preserve"> - The Local Radio Newsletter previews MIW’s “AI for Content Creators” webinar and identifies its moderator and participants: Meg Dowdy, Andre Yancey, Lauren “Lo” Sessions, Carolyn McArdle and Cort Johnson. The article frames the session around practical applications of AI in radio, including idea generation, show preparation, social-media content and repurposing broadcast material for digital platforms. It emphasises that these uses are intended to improve creative workflows without losing the authentic voices and personalities that help radio talent connect with listeners. The piece also gives event details, describing a 45-minute panel followed by a 15-minute question-and-answer session and noting that registration is free for radio professionals and content creators. As a preview rather than a report on the panel’s detailed discussion, it does not substantiate every example or quotation in the later Radio Ink article. It does, however, corroborate the webinar’s purpose, participants and principal themes: using AI to support content production, extending material across platforms and keeping human character central. The newsletter attributes its information to MIW and directs readers to the organisation for additional information about events, mentoring programmes and resources. Its account provides independent background for the webinar and the broad claims about the kinds of work the panel intended to discuss.</w:t>
      </w:r>
      <w:r/>
    </w:p>
    <w:p>
      <w:pPr>
        <w:pStyle w:val="ListNumber"/>
        <w:spacing w:line="240" w:lineRule="auto"/>
        <w:ind w:left="720"/>
      </w:pPr>
      <w:r/>
      <w:hyperlink r:id="rId14">
        <w:r>
          <w:rPr>
            <w:color w:val="0000EE"/>
            <w:u w:val="single"/>
          </w:rPr>
          <w:t>https://radioink.com/2026/10/19/miw-panel-puts-ai-to-work-for-radio-content-creators/</w:t>
        </w:r>
      </w:hyperlink>
      <w:r>
        <w:t xml:space="preserve"> - This earlier Radio Ink report announces MIW’s planned “AI for Content Creators” webinar. It says Meg Dowdy of Townsquare Media would moderate a panel with Audacy’s Andre Yancey, Houston host Lauren “Lo” Sessions, and iHeartMedia San Francisco’s Carolyn McArdle and Cort Johnson. The announcement describes the event as a practical discussion of how AI can be used in a morning show, a music brand and digital-first work. Its stated topics include brainstorming, show preparation, turning on-air content into digital material, creating social content and simplifying time-consuming tasks. A key qualification is that the panel would consider these uses without sacrificing the authentic voices and personalities that listeners value. The article also gives the scheduled format—45 minutes of discussion and a 15-minute audience Q&amp;A—and notes that registration was open to radio professionals. Because it was published before the webinar, this source supports the panel’s composition, intended subject matter and event format, rather than the specific anecdotes and statements reported after the event. It complements the later Radio Ink coverage by showing that authenticity and practical workflow support were established aims of the discussion, not merely themes inferred from the on-air mishap. The announcement establishes the context for the later accounts of AI use in prep, commercial writing and digital repurposing.</w:t>
      </w:r>
      <w:r/>
    </w:p>
    <w:p>
      <w:pPr>
        <w:pStyle w:val="ListNumber"/>
        <w:spacing w:line="240" w:lineRule="auto"/>
        <w:ind w:left="720"/>
      </w:pPr>
      <w:r/>
      <w:hyperlink r:id="rId11">
        <w:r>
          <w:rPr>
            <w:color w:val="0000EE"/>
            <w:u w:val="single"/>
          </w:rPr>
          <w:t>https://tvnewscheck.com/ai/article/miw-announces-free-webinar-on-ai-for-content-creators/</w:t>
        </w:r>
      </w:hyperlink>
      <w:r>
        <w:t xml:space="preserve"> - TV News Check reports MIW’s announcement of a free webinar on artificial intelligence and radio content creation. The article says the session was aimed at on-air personalities, producers, programmers and other creators seeking practical examples of AI-assisted brainstorming, research, promotion and workflow. It identifies Meg Dowdy as moderator and names Andre Yancey, Lauren “Lo” Sessions, Carolyn McArdle and Cort Johnson as panellists, with their radio roles and markets. The report notes that McArdle and Johnson would discuss their collaborative use of AI as a team. It also conveys MIW’s emphasis on using the technology while preserving the authenticity and personality that make radio compelling. The announced programme consisted of a 45-minute panel and a 15-minute audience question-and-answer session. This is advance coverage, so it verifies the webinar’s stated purpose, participants and planned areas of discussion, rather than the later first-person examples—such as drafting endorsements or repurposing air checks. Its information supports the article’s description of the event and its broad themes: AI as a practical creative aid, human judgement and distinctive presentation as continuing priorities, and real-world examples as the focus. The report also provides additional role and station details that help identify the participants referenced in the post-webinar article.</w:t>
      </w:r>
      <w:r/>
    </w:p>
    <w:p>
      <w:pPr>
        <w:pStyle w:val="ListNumber"/>
        <w:spacing w:line="240" w:lineRule="auto"/>
        <w:ind w:left="720"/>
      </w:pPr>
      <w:r/>
      <w:hyperlink r:id="rId12">
        <w:r>
          <w:rPr>
            <w:color w:val="0000EE"/>
            <w:u w:val="single"/>
          </w:rPr>
          <w:t>https://news.radio-online.com/articles/n49484/MIW-Sets-AI-for-Content-Creators-Webinar</w:t>
        </w:r>
      </w:hyperlink>
      <w:r>
        <w:t xml:space="preserve"> - Radio Online reports on MIW’s planned “AI for Content Creators” webinar, listing moderator Meg Dowdy and panellists Andre Yancey, Lauren “Lo” Sessions, Carolyn McArdle and Cort Johnson. It describes proposed uses of AI including brainstorming and developing material, researching subjects, preparing interviews, repurposing broadcast content for digital and podcast platforms, creating promotional material and streamlining repetitive tasks. The article says the discussion would also address how broadcasters can work with AI while retaining their own voices and points of view, and where human creativity and judgement remain necessary. It includes comments attributed to MIW leadership that characterise AI as a way to work faster and get more value from existing content, rather than a means of automating radio’s personality. The announced format is a 45-minute panel followed by a 15-minute audience Q&amp;A, with free registration. As a pre-event announcement, it is useful corroboration for the article’s account of the webinar’s participants, intended subjects and human-centred approach. It does not independently verify the specific post-event stories about missed commercial details, chatbot follow-up text or the panellists’ individual production routines. Rather, it establishes that repurposing content, creative assistance, authenticity and human oversight were part of the event’s stated remit.</w:t>
      </w:r>
      <w:r/>
    </w:p>
    <w:p>
      <w:pPr>
        <w:pStyle w:val="ListNumber"/>
        <w:spacing w:line="240" w:lineRule="auto"/>
        <w:ind w:left="720"/>
      </w:pPr>
      <w:r/>
      <w:hyperlink r:id="rId15">
        <w:r>
          <w:rPr>
            <w:color w:val="0000EE"/>
            <w:u w:val="single"/>
          </w:rPr>
          <w:t>https://www.redtech.pro/miw-ai-content-creators-webinar/amp/</w:t>
        </w:r>
      </w:hyperlink>
      <w:r>
        <w:t xml:space="preserve"> - RedTech previews MIW’s free “AI for Content Creators” webinar and describes its intended exploration of AI in radio workflows. The report says the event was designed for broadcasters, producers, programmers and other creators, with topics including developing ideas, researching subjects, preparing interviews and adapting on-air material for digital, social and podcast platforms. It identifies Meg Dowdy as moderator and names Andre Yancey, Lauren “Lo” Sessions, Carolyn McArdle and Cort Johnson as panellists, outlining their radio affiliations. The article says the speakers would share practical examples while retaining an authentic voice and editorial judgement. It also reports that McArdle and Johnson would discuss collaborative use of AI within a morning-show team and across different content formats. Statements attributed to MIW representatives reinforce the distinction between using AI to speed up work and replacing the human personality that makes radio engaging. The scheduled webinar format is given as a 45-minute panel and a 15-minute audience Q&amp;A. This advance report supports the later article’s description of the panel, its cross-platform focus and its emphasis on human oversight. It does not confirm the detailed anecdotes from the completed session, but provides corroborating context for the claim that the webinar addressed practical AI experimentation without surrendering authenticity or editorial judgement.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adioink.com/2026/11/04/train-it-push-back-edit-radio-talent-share-their-ai-rules/" TargetMode="External"/><Relationship Id="rId10" Type="http://schemas.openxmlformats.org/officeDocument/2006/relationships/hyperlink" Target="https://localradionewsletter.com/miw-webinar-shows-how-radio-personalities-put-ai-to-work/" TargetMode="External"/><Relationship Id="rId11" Type="http://schemas.openxmlformats.org/officeDocument/2006/relationships/hyperlink" Target="https://tvnewscheck.com/ai/article/miw-announces-free-webinar-on-ai-for-content-creators/" TargetMode="External"/><Relationship Id="rId12" Type="http://schemas.openxmlformats.org/officeDocument/2006/relationships/hyperlink" Target="https://news.radio-online.com/articles/n49484/MIW-Sets-AI-for-Content-Creators-Webinar" TargetMode="External"/><Relationship Id="rId13" Type="http://schemas.openxmlformats.org/officeDocument/2006/relationships/hyperlink" Target="https://www.noahwire.com" TargetMode="External"/><Relationship Id="rId14" Type="http://schemas.openxmlformats.org/officeDocument/2006/relationships/hyperlink" Target="https://radioink.com/2026/10/19/miw-panel-puts-ai-to-work-for-radio-content-creators/" TargetMode="External"/><Relationship Id="rId15" Type="http://schemas.openxmlformats.org/officeDocument/2006/relationships/hyperlink" Target="https://www.redtech.pro/miw-ai-content-creators-webinar/am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