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Europe’s clock change survives as France turns back time on 25 October 2026</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France and the rest of the European Union will turn the clocks back in the night of Saturday 24 to Sunday 25 October 2026, moving from 3.00am to 2.00am and giving households an extra hour in bed, according to the French government’s service-public website. The change arrives on the last Sunday of October, which in 2026 falls on the earliest possible date for the seasonal switch.</w:t>
      </w:r>
      <w:r/>
    </w:p>
    <w:p>
      <w:r/>
      <w:r>
        <w:t>The practice dates back to the oil shock of 1973-74, when governments were looking for ways to curb energy consumption. According to service-public, the system was later harmonised across the European Union in 1998, but the long-promised plan to scrap the clock change has since stalled and remains on hold indefinitely. In other words, despite years of debate, the twice-yearly ritual is still very much in place.</w:t>
      </w:r>
      <w:r/>
    </w:p>
    <w:p>
      <w:r/>
      <w:r>
        <w:t>French information sites including Futura Sciences, Faire-le-pont.fr and CestQuand.fr all confirm the same transition for 2026, while noting the familiar practical effect: darker evenings, lighter mornings and one less thing to worry about when the weekend ends. For many people, the immediate benefit is simply a longer night’s sleep; for others, the adjustment is a reminder that Europe has yet to settle the wider question of whether seasonal time shifts still make sense at all.</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2">
        <w:r>
          <w:rPr>
            <w:color w:val="0000EE"/>
            <w:u w:val="single"/>
          </w:rPr>
          <w:t>[3]</w:t>
        </w:r>
      </w:hyperlink>
      <w:r>
        <w:t xml:space="preserve">, </w:t>
      </w:r>
      <w:hyperlink r:id="rId11">
        <w:r>
          <w:rPr>
            <w:color w:val="0000EE"/>
            <w:u w:val="single"/>
          </w:rPr>
          <w:t>[4]</w:t>
        </w:r>
      </w:hyperlink>
      <w:r>
        <w:t xml:space="preserve">, </w:t>
      </w:r>
      <w:hyperlink r:id="rId13">
        <w:r>
          <w:rPr>
            <w:color w:val="0000EE"/>
            <w:u w:val="single"/>
          </w:rPr>
          <w:t>[6]</w:t>
        </w:r>
      </w:hyperlink>
      <w:r>
        <w:t xml:space="preserve">, </w:t>
      </w:r>
      <w:hyperlink r:id="rId14">
        <w:r>
          <w:rPr>
            <w:color w:val="0000EE"/>
            <w:u w:val="single"/>
          </w:rPr>
          <w:t>[7]</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https://rekto.substack.com/p/mercredi-14-octobre-2026</w:t>
        </w:r>
      </w:hyperlink>
      <w:r>
        <w:t xml:space="preserve"> - Please view link - unable to able to access data</w:t>
      </w:r>
      <w:r/>
    </w:p>
    <w:p>
      <w:pPr>
        <w:pStyle w:val="ListNumber"/>
        <w:spacing w:line="240" w:lineRule="auto"/>
        <w:ind w:left="720"/>
      </w:pPr>
      <w:r/>
      <w:hyperlink r:id="rId10">
        <w:r>
          <w:rPr>
            <w:color w:val="0000EE"/>
            <w:u w:val="single"/>
          </w:rPr>
          <w:t>https://www.service-public.gouv.fr/particuliers/actualites/A15263?eml-name=NL_SP_L1257&amp;eml-publisher=NL_SP&amp;eseg-item=A15263&amp;eseg-name=actualite</w:t>
        </w:r>
      </w:hyperlink>
      <w:r>
        <w:t xml:space="preserve"> - This official French government page details the upcoming change to winter time, scheduled for the night of Saturday 24 to Sunday 25 October 2026. It explains that clocks should be set back one hour at 3:00 AM, returning to 2:00 AM. The practice, initiated after the 1973-1974 oil crisis to conserve energy, was harmonised across the European Union in 1998. Although there was a proposal to abolish the time change, it has been postponed indefinitely.</w:t>
      </w:r>
      <w:r/>
    </w:p>
    <w:p>
      <w:pPr>
        <w:pStyle w:val="ListNumber"/>
        <w:spacing w:line="240" w:lineRule="auto"/>
        <w:ind w:left="720"/>
      </w:pPr>
      <w:r/>
      <w:hyperlink r:id="rId12">
        <w:r>
          <w:rPr>
            <w:color w:val="0000EE"/>
            <w:u w:val="single"/>
          </w:rPr>
          <w:t>https://www.futura-sciences.com/sciences/ephemerides/univers-passage-heure-hiver-10184/</w:t>
        </w:r>
      </w:hyperlink>
      <w:r>
        <w:t xml:space="preserve"> - This article from Futura Sciences provides information about the transition to winter time in European countries. It states that clocks should be set back one hour at 1:00 AM UTC, making it 2:00 AM local time. The piece also notes that this change is part of the European Union's coordinated effort to adjust clocks for daylight saving time.</w:t>
      </w:r>
      <w:r/>
    </w:p>
    <w:p>
      <w:pPr>
        <w:pStyle w:val="ListNumber"/>
        <w:spacing w:line="240" w:lineRule="auto"/>
        <w:ind w:left="720"/>
      </w:pPr>
      <w:r/>
      <w:hyperlink r:id="rId11">
        <w:r>
          <w:rPr>
            <w:color w:val="0000EE"/>
            <w:u w:val="single"/>
          </w:rPr>
          <w:t>https://www.faire-le-pont.fr/changement-heure/2026/</w:t>
        </w:r>
      </w:hyperlink>
      <w:r>
        <w:t xml:space="preserve"> - This page offers the official dates for the change to winter time in France for 2026. It specifies that the transition will occur on Sunday, 25 October 2026, at 3:00 AM, when clocks should be set back one hour to 2:00 AM. The site also provides advice on how to adapt to the time change, such as gradually adjusting sleep schedules and exposure to natural light.</w:t>
      </w:r>
      <w:r/>
    </w:p>
    <w:p>
      <w:pPr>
        <w:pStyle w:val="ListNumber"/>
        <w:spacing w:line="240" w:lineRule="auto"/>
        <w:ind w:left="720"/>
      </w:pPr>
      <w:r/>
      <w:hyperlink r:id="rId16">
        <w:r>
          <w:rPr>
            <w:color w:val="0000EE"/>
            <w:u w:val="single"/>
          </w:rPr>
          <w:t>https://www.europe360.fr/heures-passage-a-l-heure-d-hiver-en-union-europeenne</w:t>
        </w:r>
      </w:hyperlink>
      <w:r>
        <w:t xml:space="preserve"> - This article discusses the change to winter time in the European Union, noting that it will occur on 25 October 2026 at 1:00 AM. It highlights the benefits of the time change, such as increased daylight during the day and opportunities for social activities. The piece also mentions that the change aligns with natural principles and encourages healthy living.</w:t>
      </w:r>
      <w:r/>
    </w:p>
    <w:p>
      <w:pPr>
        <w:pStyle w:val="ListNumber"/>
        <w:spacing w:line="240" w:lineRule="auto"/>
        <w:ind w:left="720"/>
      </w:pPr>
      <w:r/>
      <w:hyperlink r:id="rId13">
        <w:r>
          <w:rPr>
            <w:color w:val="0000EE"/>
            <w:u w:val="single"/>
          </w:rPr>
          <w:t>https://www.changement-heure.com/</w:t>
        </w:r>
      </w:hyperlink>
      <w:r>
        <w:t xml:space="preserve"> - This website provides information about the change to winter time in 2026. It specifies that in France, clocks should be set back one hour in the night from 24 to 25 October 2026, at 3:00 AM, making it 2:00 AM. The site also lists the dates for future changes to winter time in France up to 2036.</w:t>
      </w:r>
      <w:r/>
    </w:p>
    <w:p>
      <w:pPr>
        <w:pStyle w:val="ListNumber"/>
        <w:spacing w:line="240" w:lineRule="auto"/>
        <w:ind w:left="720"/>
      </w:pPr>
      <w:r/>
      <w:hyperlink r:id="rId14">
        <w:r>
          <w:rPr>
            <w:color w:val="0000EE"/>
            <w:u w:val="single"/>
          </w:rPr>
          <w:t>https://www.cestquand.fr/heure-saisons/heure-hiver/</w:t>
        </w:r>
      </w:hyperlink>
      <w:r>
        <w:t xml:space="preserve"> - This page from CestQuand.fr details the change to winter time in France for 2026. It states that the transition will occur on Sunday, 25 October 2026, at 3:00 AM, when clocks should be set back one hour to 2:00 AM. The site also provides information about the effects of the time change, such as gaining an extra hour of sleep and shorter evenings.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ekto.substack.com/p/mercredi-14-octobre-2026" TargetMode="External"/><Relationship Id="rId10" Type="http://schemas.openxmlformats.org/officeDocument/2006/relationships/hyperlink" Target="https://www.service-public.gouv.fr/particuliers/actualites/A15263?eml-name=NL_SP_L1257&amp;eml-publisher=NL_SP&amp;eseg-item=A15263&amp;eseg-name=actualite" TargetMode="External"/><Relationship Id="rId11" Type="http://schemas.openxmlformats.org/officeDocument/2006/relationships/hyperlink" Target="https://www.faire-le-pont.fr/changement-heure/2026/" TargetMode="External"/><Relationship Id="rId12" Type="http://schemas.openxmlformats.org/officeDocument/2006/relationships/hyperlink" Target="https://www.futura-sciences.com/sciences/ephemerides/univers-passage-heure-hiver-10184/" TargetMode="External"/><Relationship Id="rId13" Type="http://schemas.openxmlformats.org/officeDocument/2006/relationships/hyperlink" Target="https://www.changement-heure.com/" TargetMode="External"/><Relationship Id="rId14" Type="http://schemas.openxmlformats.org/officeDocument/2006/relationships/hyperlink" Target="https://www.cestquand.fr/heure-saisons/heure-hiver/" TargetMode="External"/><Relationship Id="rId15" Type="http://schemas.openxmlformats.org/officeDocument/2006/relationships/hyperlink" Target="https://www.noahwire.com" TargetMode="External"/><Relationship Id="rId16" Type="http://schemas.openxmlformats.org/officeDocument/2006/relationships/hyperlink" Target="https://www.europe360.fr/heures-passage-a-l-heure-d-hiver-en-union-europeenn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