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CNN and Google strike deal to test paid generative AI access to news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CNN has struck a multi-year partnership with Google aimed at testing how generative artificial intelligence might help more people discover and engage with its journalism through Google’s products, while ensuring the broadcaster is paid for the use of its material. According to CNN’s announcement, the deal will give Google enhanced content rights so the companies can develop experimental features built around CNN’s reporting.</w:t>
      </w:r>
      <w:r/>
    </w:p>
    <w:p>
      <w:r/>
      <w:r>
        <w:t>Sam Felix, CNN’s senior vice-president for strategic partnerships and business development, said the arrangement would open “new pathways” for audiences to reach the network’s journalism while recognising the value of its intellectual property. He added that Google’s work on generative AI had already changed how people find information and content, and that the collaboration would now be used to explore fresh ways of reaching audiences.</w:t>
      </w:r>
      <w:r/>
    </w:p>
    <w:p>
      <w:r/>
      <w:r>
        <w:t>The agreement fits into CNN’s wider AI strategy, which seeks to examine the technology’s commercial possibilities without weakening control over its content. CNN has said it is also pursuing other commercial partnerships and remains in talks with companies it considers responsible users of AI, suggesting the Google deal is part of a broader effort to shape how news organisations are compensated when their material is used in emerging products.</w:t>
      </w:r>
      <w:r/>
    </w:p>
    <w:p>
      <w:r/>
      <w:r>
        <w:t>The announcement also reflects a wider scramble across the media industry as publishers and broadcasters look for revenue opportunities in AI while protecting copyright and brand value. Financial terms were not disclosed, but the partnership signals that CNN wants to position its journalism for the next generation of search and discovery tools, as generative AI increasingly influences how audiences consume news.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t xml:space="preserve">- Paragraph 4: </w:t>
      </w:r>
      <w:hyperlink r:id="rId13">
        <w:r>
          <w:rPr>
            <w:color w:val="0000EE"/>
            <w:u w:val="single"/>
          </w:rPr>
          <w:t>[4]</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https://marketech-apac.com/cnn-google-strike-multi-year-partnership-to-explore-generative-ai/</w:t>
        </w:r>
      </w:hyperlink>
      <w:r>
        <w:t xml:space="preserve"> - Please view link - unable to able to access data</w:t>
      </w:r>
      <w:r/>
    </w:p>
    <w:p>
      <w:pPr>
        <w:pStyle w:val="ListNumber"/>
        <w:spacing w:line="240" w:lineRule="auto"/>
        <w:ind w:left="720"/>
      </w:pPr>
      <w:r/>
      <w:hyperlink r:id="rId9">
        <w:r>
          <w:rPr>
            <w:color w:val="0000EE"/>
            <w:u w:val="single"/>
          </w:rPr>
          <w:t>https://marketech-apac.com/cnn-google-strike-multi-year-partnership-to-explore-generative-ai/</w:t>
        </w:r>
      </w:hyperlink>
      <w:r>
        <w:t xml:space="preserve"> - CNN has entered into a multi-year partnership with Google to explore how generative artificial intelligence (AI) can enhance audience engagement with its journalism through Google products, while ensuring CNN is compensated for the use of its content. Under the agreement, CNN will provide enhanced content rights to support experimental features in Google products. The collaboration aims to create new ways for audiences to access CNN’s journalism and interact with its reporting. Sam Felix, Senior Vice President of Strategic Partnerships and Business Development at CNN, stated that the partnership would help the news organisation explore new ways to reach audiences while recognising the value of its content. The agreement supports CNN’s broader AI strategy, which focuses on exploring the technology’s potential while protecting its intellectual property. CNN also mentioned pursuing commercial partnerships and holding ongoing discussions with industry players it considers responsible in their use of AI. The partnership will allow CNN and Google to explore new approaches to content discovery and audience engagement as generative AI continues to influence how people find and consume information.</w:t>
      </w:r>
      <w:r/>
    </w:p>
    <w:p>
      <w:pPr>
        <w:pStyle w:val="ListNumber"/>
        <w:spacing w:line="240" w:lineRule="auto"/>
        <w:ind w:left="720"/>
      </w:pPr>
      <w:r/>
      <w:hyperlink r:id="rId10">
        <w:r>
          <w:rPr>
            <w:color w:val="0000EE"/>
            <w:u w:val="single"/>
          </w:rPr>
          <w:t>https://cnnpressroom.blogs.cnn.com/2026/10/15/cnn-announces-ai-partnership-with-google/</w:t>
        </w:r>
      </w:hyperlink>
      <w:r>
        <w:t xml:space="preserve"> - CNN announced a strategic multi-year partnership with Google to explore how generative AI can enhance audience engagement with its journalism through Google products. Under the agreement, CNN will provide enhanced content rights to support experimental features in Google products. The collaboration aims to create new ways for audiences to access CNN’s journalism and interact with its reporting. Sam Felix, Senior Vice President of Strategic Partnerships and Business Development at CNN, stated that the partnership would help the news organisation explore new ways to reach audiences while recognising the value of its content. The agreement aligns with CNN’s AI strategy, which focuses on protecting its intellectual property while exploring the technology’s potential. CNN also mentioned pursuing commercial partnerships and holding ongoing discussions with industry players it considers responsible in their use of AI. The partnership will allow CNN and Google to explore new approaches to content discovery and audience engagement as generative AI continues to influence how people find and consume information.</w:t>
      </w:r>
      <w:r/>
    </w:p>
    <w:p>
      <w:pPr>
        <w:pStyle w:val="ListNumber"/>
        <w:spacing w:line="240" w:lineRule="auto"/>
        <w:ind w:left="720"/>
      </w:pPr>
      <w:r/>
      <w:hyperlink r:id="rId13">
        <w:r>
          <w:rPr>
            <w:color w:val="0000EE"/>
            <w:u w:val="single"/>
          </w:rPr>
          <w:t>https://www.spokesman.com/stories/2026/oct/15/cnn-signs-multi-year-ai-partnership-with-google/</w:t>
        </w:r>
      </w:hyperlink>
      <w:r>
        <w:t xml:space="preserve"> - CNN has agreed to a multi-year partnership with Google to explore how generative AI could help drive audience engagement across the network. The deal marks the first partnership announced since Skydance’s merger with Paramount, under CEO David Ellison, who has sought to position the media group as a technology-driven business. As part of the deal, CNN will provide enhanced content rights for experimental features in Google's products. Financial terms of the deal were not disclosed. CNN said the deal is in line with its strategy to protect its intellectual property, adding that it has multiple commercial partnerships and ongoing discussions with other industry players. The network operates television, streaming and digital news services worldwide, including CNN International and CNN Originals, as well as a direct-to-consumer subscription service and CNN Newsource.</w:t>
      </w:r>
      <w:r/>
    </w:p>
    <w:p>
      <w:pPr>
        <w:pStyle w:val="ListNumber"/>
        <w:spacing w:line="240" w:lineRule="auto"/>
        <w:ind w:left="720"/>
      </w:pPr>
      <w:r/>
      <w:hyperlink r:id="rId11">
        <w:r>
          <w:rPr>
            <w:color w:val="0000EE"/>
            <w:u w:val="single"/>
          </w:rPr>
          <w:t>https://www.broadbandtvnews.com/2026/10/16/cnn-signs-multi-year-ai-content-partnership-with-google/</w:t>
        </w:r>
      </w:hyperlink>
      <w:r>
        <w:t xml:space="preserve"> - CNN has agreed a multi-year partnership with Google, providing enhanced content rights for experimental features across Google products. The agreement will explore how generative AI can help audiences discover and engage with CNN’s journalism, while compensating the broadcaster for the use of its intellectual property. Sam Felix, CNN’s Senior Vice President of Strategic Partnerships and Business Development, stated that the partnership would help the news organisation explore new ways to reach audiences while recognising the value of its content. The agreement is in line with CNN’s AI strategy that ensures the safeguarding of its intellectual property.</w:t>
      </w:r>
      <w:r/>
    </w:p>
    <w:p>
      <w:pPr>
        <w:pStyle w:val="ListNumber"/>
        <w:spacing w:line="240" w:lineRule="auto"/>
        <w:ind w:left="720"/>
      </w:pPr>
      <w:r/>
      <w:hyperlink r:id="rId12">
        <w:r>
          <w:rPr>
            <w:color w:val="0000EE"/>
            <w:u w:val="single"/>
          </w:rPr>
          <w:t>https://www.advanced-television.com/2026/10/16/cnn-signs-ai-partnership-with-google/</w:t>
        </w:r>
      </w:hyperlink>
      <w:r>
        <w:t xml:space="preserve"> - CNN, the US news network, has announced a multi-year AI partnership with Google. Through the deal, CNN will provide enhanced content rights enabling experimental features in Google products to help explore how generative AI can further drive engaged audiences across CNN’s journalism. Sam Felix, Senior Vice President, Strategic Partnerships and Business Development, stated that the partnership would help the news organisation explore new ways to reach audiences while recognising the value of its content. The agreement is in line with CNN’s AI strategy that ensures the safeguarding of its intellectual property.</w:t>
      </w:r>
      <w:r/>
    </w:p>
    <w:p>
      <w:pPr>
        <w:pStyle w:val="ListNumber"/>
        <w:spacing w:line="240" w:lineRule="auto"/>
        <w:ind w:left="720"/>
      </w:pPr>
      <w:r/>
      <w:hyperlink r:id="rId14">
        <w:r>
          <w:rPr>
            <w:color w:val="0000EE"/>
            <w:u w:val="single"/>
          </w:rPr>
          <w:t>https://www.investing.com/news/stock-market-news/cnn-signs-multiyear-ai-partnership-with-google-4952397</w:t>
        </w:r>
      </w:hyperlink>
      <w:r>
        <w:t xml:space="preserve"> - CNN has agreed to a multi-year partnership with Google to explore how generative AI could help drive audience engagement across the network. The deal marks the first partnership announced since Skydance’s merger with Paramount, under CEO David Ellison, who has sought to position the media group as a technology-driven business. As part of the deal, CNN will provide enhanced content rights for experimental features in Google's products. Financial terms of the deal were not disclosed. CNN said the deal is in line with its strategy to protect its intellectual property, adding that it has multiple commercial partnerships and ongoing discussions with other industry players. The network operates television, streaming and digital news services worldwide, including CNN International and CNN Originals, as well as a direct-to-consumer subscription service and CNN Newsource.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rketech-apac.com/cnn-google-strike-multi-year-partnership-to-explore-generative-ai/" TargetMode="External"/><Relationship Id="rId10" Type="http://schemas.openxmlformats.org/officeDocument/2006/relationships/hyperlink" Target="https://cnnpressroom.blogs.cnn.com/2026/10/15/cnn-announces-ai-partnership-with-google/" TargetMode="External"/><Relationship Id="rId11" Type="http://schemas.openxmlformats.org/officeDocument/2006/relationships/hyperlink" Target="https://www.broadbandtvnews.com/2026/10/16/cnn-signs-multi-year-ai-content-partnership-with-google/" TargetMode="External"/><Relationship Id="rId12" Type="http://schemas.openxmlformats.org/officeDocument/2006/relationships/hyperlink" Target="https://www.advanced-television.com/2026/10/16/cnn-signs-ai-partnership-with-google/" TargetMode="External"/><Relationship Id="rId13" Type="http://schemas.openxmlformats.org/officeDocument/2006/relationships/hyperlink" Target="https://www.spokesman.com/stories/2026/oct/15/cnn-signs-multi-year-ai-partnership-with-google/" TargetMode="External"/><Relationship Id="rId14" Type="http://schemas.openxmlformats.org/officeDocument/2006/relationships/hyperlink" Target="https://www.investing.com/news/stock-market-news/cnn-signs-multiyear-ai-partnership-with-google-4952397"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