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Frammer AI to turn BBC India newsroom footage into digital video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Frammer AI has entered a partnership with Collective Newsroom to support video production for BBC News in India, including adapting existing material for digital distribution. The announcement says Collective Newsroom produces content in nine languages; its official profile describes output in English and six Indian languages, including services for BBC News Gujarati, Hindi, Marathi, Punjabi, Tamil and Telugu.</w:t>
      </w:r>
      <w:r/>
    </w:p>
    <w:p>
      <w:r/>
      <w:r>
        <w:t>Frammer’s platform is designed to turn live broadcasts and longer videos into shorter clips, reframe horizontal footage for vertical viewing, and add metadata and branding. Its website also describes multilingual tools, including automatic dubbing, alongside an editing suite intended to leave newsroom teams in control. Frammer says the partnership will help public-service journalism reach audiences through digital formats; that is the company’s stated aim, not an independently measured outcome.</w:t>
      </w:r>
      <w:r/>
    </w:p>
    <w:p>
      <w:r/>
      <w:r>
        <w:t>Collective Newsroom was launched in April 2024 by four former senior BBC employees in India. The organisation says it has more than 250 journalists and is the BBC’s sole content provider for its six Indian-language websites, social media platforms and BBC News India YouTube channel. Its newsroom also produces television programmes in Hindi, Tamil and Telugu, according to its profile.</w:t>
      </w:r>
      <w:r/>
    </w:p>
    <w:p>
      <w:r/>
      <w:r>
        <w:t>For Collective Newsroom’s chief operating officer, Sara Hassan, the stated priority is to use AI without weakening editorial safeguards. “With Frammer and the ethical use of AI, Collective Newsroom aims to strengthen its ability to deliver creative, credible, and courageous journalism efficiently, without compromising on human judgment, editorial integrity, or public trust,” she said. Frammer chief executive Suparna Singh said the newsroom was adopting the technology with editorial scrutiny and brand-safety checks.</w:t>
      </w:r>
      <w:r/>
    </w:p>
    <w:p>
      <w:r/>
      <w:r>
        <w:t>Frammer was founded in 2023 by media executives, including three co-founders who were part of NDTV’s management team, according to the company. Its website lists international media organisations ABS-CBN, Media Prima and Medialivre among its partners, alongside Indian publishers including India Today Group and Network18. The partnership adds Collective Newsroom to a network spanning news and other video formats.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Paragraph 3: </w:t>
      </w:r>
      <w:hyperlink r:id="rId10">
        <w:r>
          <w:rPr>
            <w:color w:val="0000EE"/>
            <w:u w:val="single"/>
          </w:rPr>
          <w:t>[4]</w:t>
        </w:r>
      </w:hyperlink>
      <w:r>
        <w:t xml:space="preserve">- Paragraph 4: </w:t>
      </w:r>
      <w:hyperlink r:id="rId9">
        <w:r>
          <w:rPr>
            <w:color w:val="0000EE"/>
            <w:u w:val="single"/>
          </w:rPr>
          <w:t>[2]</w:t>
        </w:r>
      </w:hyperlink>
      <w:r>
        <w:t xml:space="preserve">- Paragraph 5: </w:t>
      </w:r>
      <w:hyperlink r:id="rId12">
        <w:r>
          <w:rPr>
            <w:color w:val="0000EE"/>
            <w:u w:val="single"/>
          </w:rPr>
          <w:t>[5]</w:t>
        </w:r>
      </w:hyperlink>
      <w:r/>
    </w:p>
    <w:p>
      <w:r/>
      <w:r>
        <w:t xml:space="preserve">Source: </w:t>
      </w:r>
      <w:hyperlink r:id="rId13">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https://yourstory.com/2026/11/frammer-ai-partners-collective-newsroom-bbc-video-india</w:t>
        </w:r>
      </w:hyperlink>
      <w:r>
        <w:t xml:space="preserve"> - Please view link - unable to able to access data</w:t>
      </w:r>
      <w:r/>
    </w:p>
    <w:p>
      <w:pPr>
        <w:pStyle w:val="ListNumber"/>
        <w:spacing w:line="240" w:lineRule="auto"/>
        <w:ind w:left="720"/>
      </w:pPr>
      <w:r/>
      <w:hyperlink r:id="rId9">
        <w:r>
          <w:rPr>
            <w:color w:val="0000EE"/>
            <w:u w:val="single"/>
          </w:rPr>
          <w:t>https://yourstory.com/2026/11/frammer-ai-partners-collective-newsroom-bbc-video-india</w:t>
        </w:r>
      </w:hyperlink>
      <w:r>
        <w:t xml:space="preserve"> - YourStory reports that Frammer AI has partnered with Collective Newsroom to support BBC News video production in India. The deal covers video workflows, including repurposing content for digital-first distribution. Frammer’s platform takes in material, creates clips and adapted versions, and publishes them to digital platforms. The article quotes Collective Newsroom COO Sara Hassan on using AI without compromising human judgement, editorial integrity or public trust, and Frammer CEO Suparna Singh on responsible adoption and brand-safety checks. It also describes Collective Newsroom’s BBC role, its 2024 founding by former BBC employees, and Frammer’s establishment by NDTV’s former management team.</w:t>
      </w:r>
      <w:r/>
    </w:p>
    <w:p>
      <w:pPr>
        <w:pStyle w:val="ListNumber"/>
        <w:spacing w:line="240" w:lineRule="auto"/>
        <w:ind w:left="720"/>
      </w:pPr>
      <w:r/>
      <w:hyperlink r:id="rId11">
        <w:r>
          <w:rPr>
            <w:color w:val="0000EE"/>
            <w:u w:val="single"/>
          </w:rPr>
          <w:t>https://www.frammer.com/</w:t>
        </w:r>
      </w:hyperlink>
      <w:r>
        <w:t xml:space="preserve"> - Frammer’s official website describes its AI video platform for news, sport and microdrama. It says the system can turn live streams and long videos into short clips, find key moments, convert horizontal footage to vertical formats and add metadata and automated branding. For news, the site highlights multilingual capabilities, auto-dubbing and an editing suite that keeps newsroom teams in control. The platform also offers tools for live streaming, restreaming, scheduling and publishing. Frammer lists Collective Newsroom, ABS-CBN, Media Prima, Medialivre, India Today Group and Network18 among its publisher and media partners. This source supports the article’s explanation of the platform and named network.</w:t>
      </w:r>
      <w:r/>
    </w:p>
    <w:p>
      <w:pPr>
        <w:pStyle w:val="ListNumber"/>
        <w:spacing w:line="240" w:lineRule="auto"/>
        <w:ind w:left="720"/>
      </w:pPr>
      <w:r/>
      <w:hyperlink r:id="rId10">
        <w:r>
          <w:rPr>
            <w:color w:val="0000EE"/>
            <w:u w:val="single"/>
          </w:rPr>
          <w:t>https://collectivenewsroom.com/who-we-are</w:t>
        </w:r>
      </w:hyperlink>
      <w:r>
        <w:t xml:space="preserve"> - Collective Newsroom’s official profile says four former senior BBC employees in India founded the independent company, which launched on 10 April 2024. It describes the newsroom as having more than 250 journalists and producing journalism in six Indian languages as well as English. The organisation identifies itself as the BBC’s sole provider of content for six Indian-language websites, social platforms and the BBC News India YouTube channel. It lists BBC services in Gujarati, Hindi, Marathi, Punjabi, Tamil and Telugu. The page also outlines its public-interest mission and wider reporting footprint, offering primary-source information about the organisation’s origins, size, editorial remit and BBC relationship.</w:t>
      </w:r>
      <w:r/>
    </w:p>
    <w:p>
      <w:pPr>
        <w:pStyle w:val="ListNumber"/>
        <w:spacing w:line="240" w:lineRule="auto"/>
        <w:ind w:left="720"/>
      </w:pPr>
      <w:r/>
      <w:hyperlink r:id="rId12">
        <w:r>
          <w:rPr>
            <w:color w:val="0000EE"/>
            <w:u w:val="single"/>
          </w:rPr>
          <w:t>https://www.frammer.com/company</w:t>
        </w:r>
      </w:hyperlink>
      <w:r>
        <w:t xml:space="preserve"> - Frammer’s company page states that it was founded in 2023 by media experts, with three co-founders who were part of NDTV’s management team. It explains that the company aims to reduce manual editing work and help broadcasters and publishers create shareable video. The page lists its founders and displays a range of organisations under “Trusted by”, including ABS-CBN, Media Prima, Medialivre, India Today Group and Network18, as well as Collective Newsroom. Its product descriptions mention automated video intelligence and vertical-video optimisation. This primary source supports the article’s claims about Frammer’s founding, its NDTV connections and the international and Indian publishers named in its network.</w:t>
      </w:r>
      <w:r/>
    </w:p>
    <w:p>
      <w:pPr>
        <w:pStyle w:val="ListNumber"/>
        <w:spacing w:line="240" w:lineRule="auto"/>
        <w:ind w:left="720"/>
      </w:pPr>
      <w:r/>
      <w:hyperlink r:id="rId14">
        <w:r>
          <w:rPr>
            <w:color w:val="0000EE"/>
            <w:u w:val="single"/>
          </w:rPr>
          <w:t>https://www.outlookbusiness.com/amp/story/corporate/indian-startup-frammer-ai-gets-global-media-network-abs-cbn-on-board</w:t>
        </w:r>
      </w:hyperlink>
      <w:r>
        <w:t xml:space="preserve"> - Outlook Business, carrying a Press Trust of India report, covers Frammer AI’s agreement with Philippine media group ABS-CBN. It describes Frammer as an Indian technology company using artificial intelligence to process, edit and publish video, and says it was founded in 2023 by former NDTV management. The report says Frammer will integrate AI into ABS-CBN’s video workflows, including live-stream production, packaging and delivery, and support multiple languages such as English and Tagalog. It includes comments from executives at both companies on efficiency and video capabilities. The article provides independent reporting that corroborates Frammer’s background and one of the international publisher relationships.</w:t>
      </w:r>
      <w:r/>
    </w:p>
    <w:p>
      <w:pPr>
        <w:pStyle w:val="ListNumber"/>
        <w:spacing w:line="240" w:lineRule="auto"/>
        <w:ind w:left="720"/>
      </w:pPr>
      <w:r/>
      <w:hyperlink r:id="rId15">
        <w:r>
          <w:rPr>
            <w:color w:val="0000EE"/>
            <w:u w:val="single"/>
          </w:rPr>
          <w:t>https://www.the-independent.com/asia/india/bbc-newsroom-collective-tax-raids-modi-b2526171.html</w:t>
        </w:r>
      </w:hyperlink>
      <w:r>
        <w:t xml:space="preserve"> - The Independent reports on the BBC’s restructuring of its India operations and the creation of Collective Newsroom. It says the independent, Indian-owned company was founded by former BBC employees and would produce content for the broadcaster’s Indian-language services, digital coverage and India YouTube channel. The article notes that four former BBC employees founded the company and that about 200 staff moved to it, while a smaller BBC team remained responsible for English-language output. It also explains the regulatory context for the restructure and quotes Collective Newsroom’s stated public-interest aims. This provides outside reporting on the company’s launch, origins and relationship with BBC News.</w:t>
      </w:r>
      <w:r/>
    </w:p>
    <w:p>
      <w:pPr>
        <w:pStyle w:val="ListNumber"/>
        <w:spacing w:line="240" w:lineRule="auto"/>
        <w:ind w:left="720"/>
      </w:pPr>
      <w:r/>
      <w:hyperlink r:id="rId16">
        <w:r>
          <w:rPr>
            <w:color w:val="0000EE"/>
            <w:u w:val="single"/>
          </w:rPr>
          <w:t>https://rts.org.uk/article/inside-bbc-collectives-delhi-newsroom-serving-80-million-viewers-11-languages</w:t>
        </w:r>
      </w:hyperlink>
      <w:r>
        <w:t xml:space="preserve"> - The Royal Television Society examines the transformation of the BBC’s Collective Newsroom in Delhi and the systems used to support its work. The article describes a consolidated newsroom platform bringing scripts, video editing, graphics, voiceovers and social publishing together, available to journalists both in the office and in the field. It explains that language switching is built into the workflow and that technical organisation can free journalists to focus on storytelling. The report also discusses the newsroom’s scale and multilingual audience, while emphasising workflow design and staff training. It offers relevant context on digital production and publishing operations in the BBC’s India newsroom.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yourstory.com/2026/11/frammer-ai-partners-collective-newsroom-bbc-video-india" TargetMode="External"/><Relationship Id="rId10" Type="http://schemas.openxmlformats.org/officeDocument/2006/relationships/hyperlink" Target="https://collectivenewsroom.com/who-we-are" TargetMode="External"/><Relationship Id="rId11" Type="http://schemas.openxmlformats.org/officeDocument/2006/relationships/hyperlink" Target="https://www.frammer.com/" TargetMode="External"/><Relationship Id="rId12" Type="http://schemas.openxmlformats.org/officeDocument/2006/relationships/hyperlink" Target="https://www.frammer.com/company" TargetMode="External"/><Relationship Id="rId13" Type="http://schemas.openxmlformats.org/officeDocument/2006/relationships/hyperlink" Target="https://www.noahwire.com" TargetMode="External"/><Relationship Id="rId14" Type="http://schemas.openxmlformats.org/officeDocument/2006/relationships/hyperlink" Target="https://www.outlookbusiness.com/amp/story/corporate/indian-startup-frammer-ai-gets-global-media-network-abs-cbn-on-board" TargetMode="External"/><Relationship Id="rId15" Type="http://schemas.openxmlformats.org/officeDocument/2006/relationships/hyperlink" Target="https://www.the-independent.com/asia/india/bbc-newsroom-collective-tax-raids-modi-b2526171.html" TargetMode="External"/><Relationship Id="rId16" Type="http://schemas.openxmlformats.org/officeDocument/2006/relationships/hyperlink" Target="https://rts.org.uk/article/inside-bbc-collectives-delhi-newsroom-serving-80-million-viewers-11-langua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