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UT Austin students turn newsroom monitoring frustration into live AI start-up</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What began as a high-school frustration with the sheer volume of public records and agency notices journalists are expected to track has grown into a broadcast-focused artificial intelligence start-up with customers already using the product in live newsrooms. Shreyan Daulat, now a senior at the University of Texas at Austin, and co-founder Renil Gupta developed BeatNews after Daulat saw how much time assignment editors and reporters could lose simply trying to keep up with a flood of official updates. The company says its platform is built to watch public sources continuously, read new material as it appears and surface the most relevant developments for newsroom desks. According to BeatNews, that is intended to cut down on routine monitoring and give journalists more time to report and verify stories rather than search for them.</w:t>
      </w:r>
      <w:r/>
    </w:p>
    <w:p>
      <w:r/>
      <w:r>
        <w:t>The proposition is aimed squarely at an industry where speed and coverage breadth are at a premium, particularly in broadcast newsrooms with lean staffing. BeatNews says it centralises oversight of government portals and local agency feeds into one stream, using AI to flag early signals and send alerts when something new emerges. The company adds that two major-market television newsrooms are already using the service, an indication that the product has moved beyond a classroom project and into operational use. Its founders are now looking to widen adoption across the United States once they complete their studies at UT Austin.</w:t>
      </w:r>
      <w:r/>
    </w:p>
    <w:p>
      <w:r/>
      <w:r>
        <w:t>The wider context is a university environment that has been actively encouraging practical AI experimentation. UT Austin’s AI Studio says it provides students, faculty and staff with access to tools including ChatGPT, Claude and Microsoft 365 Copilot, alongside governance and support intended to make deployment secure and scalable. That ecosystem helps explain how a student-led idea could be tested and refined in a setting that links technical support to real-world applications. In journalism, similar products are appearing elsewhere too: SignalNews Austin, for example, says it uses AI to help with drafting, summarising and headline suggestions, while maintaining editorial review and labelling AI-assisted material for readers. BeatNews is part of that broader shift, though with a narrower focus on the assignment desk and the daily hunt for news leads.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https://rbr.com/editorial-automation-an-ai-tool-arises-at-ut-austin/</w:t>
        </w:r>
      </w:hyperlink>
      <w:r>
        <w:t xml:space="preserve"> - Please view link - unable to able to access data</w:t>
      </w:r>
      <w:r/>
    </w:p>
    <w:p>
      <w:pPr>
        <w:pStyle w:val="ListNumber"/>
        <w:spacing w:line="240" w:lineRule="auto"/>
        <w:ind w:left="720"/>
      </w:pPr>
      <w:r/>
      <w:hyperlink r:id="rId10">
        <w:r>
          <w:rPr>
            <w:color w:val="0000EE"/>
            <w:u w:val="single"/>
          </w:rPr>
          <w:t>https://www.beatnews.ai/</w:t>
        </w:r>
      </w:hyperlink>
      <w:r>
        <w:t xml:space="preserve"> - BeatNews is an AI-powered editorial automation platform designed for broadcast newsrooms. It continuously monitors public sources, reads new documents as they publish, and delivers editorial intelligence directly to assignment desks. This service aims to reduce the time reporters spend manually checking websites, allowing them to focus more on reporting. BeatNews offers features like real-time monitoring, AI-driven analysis, and instant alerts, helping newsrooms stay ahead of developments and break stories more efficiently.</w:t>
      </w:r>
      <w:r/>
    </w:p>
    <w:p>
      <w:pPr>
        <w:pStyle w:val="ListNumber"/>
        <w:spacing w:line="240" w:lineRule="auto"/>
        <w:ind w:left="720"/>
      </w:pPr>
      <w:r/>
      <w:hyperlink r:id="rId11">
        <w:r>
          <w:rPr>
            <w:color w:val="0000EE"/>
            <w:u w:val="single"/>
          </w:rPr>
          <w:t>https://www.linkedin.com/company/beatnews</w:t>
        </w:r>
      </w:hyperlink>
      <w:r>
        <w:t xml:space="preserve"> - BeatNews is a technology company based in Dallas, Texas, specialising in AI-driven editorial automation for broadcast newsrooms. Their platform centralises monitoring of public sources, including government portals and local agencies, into a single intelligent feed. By leveraging AI, BeatNews helps newsrooms move faster, identify early signals, and strengthen their assignment processes, ensuring that important updates are not missed. The company is led by co-founder and CEO Shreyan Daulat.</w:t>
      </w:r>
      <w:r/>
    </w:p>
    <w:p>
      <w:pPr>
        <w:pStyle w:val="ListNumber"/>
        <w:spacing w:line="240" w:lineRule="auto"/>
        <w:ind w:left="720"/>
      </w:pPr>
      <w:r/>
      <w:hyperlink r:id="rId12">
        <w:r>
          <w:rPr>
            <w:color w:val="0000EE"/>
            <w:u w:val="single"/>
          </w:rPr>
          <w:t>https://tech.utexas.edu/news/inside-ai-studio-supporting-ai-tools-and-innovation-ut-austin</w:t>
        </w:r>
      </w:hyperlink>
      <w:r>
        <w:t xml:space="preserve"> - The AI Studio at the University of Texas at Austin is a dedicated team within Enterprise Technology that provides access to AI tools and services for the UT community. They support the use of AI in teaching, learning, research, and administrative work, offering platforms like Microsoft 365 Copilot, Claude, and ChatGPT. The AI Studio ensures secure, scalable, and well-governed implementation of AI technologies across campus, enabling students, faculty, and staff to apply AI to real-world challenges.</w:t>
      </w:r>
      <w:r/>
    </w:p>
    <w:p>
      <w:pPr>
        <w:pStyle w:val="ListNumber"/>
        <w:spacing w:line="240" w:lineRule="auto"/>
        <w:ind w:left="720"/>
      </w:pPr>
      <w:r/>
      <w:hyperlink r:id="rId13">
        <w:r>
          <w:rPr>
            <w:color w:val="0000EE"/>
            <w:u w:val="single"/>
          </w:rPr>
          <w:t>https://tech.utexas.edu/services-tools/ai</w:t>
        </w:r>
      </w:hyperlink>
      <w:r>
        <w:t xml:space="preserve"> - At the University of Texas at Austin, the AI Studio offers a suite of AI tools to the campus community, including Claude, Copilot, and ChatGPT. These tools are supported by Enterprise Technology and are designed to assist in teaching, research, and administrative tasks. The AI Studio ensures secure and well-governed access to these technologies, enabling users to leverage AI for various applications across the university.</w:t>
      </w:r>
      <w:r/>
    </w:p>
    <w:p>
      <w:pPr>
        <w:pStyle w:val="ListNumber"/>
        <w:spacing w:line="240" w:lineRule="auto"/>
        <w:ind w:left="720"/>
      </w:pPr>
      <w:r/>
      <w:hyperlink r:id="rId14">
        <w:r>
          <w:rPr>
            <w:color w:val="0000EE"/>
            <w:u w:val="single"/>
          </w:rPr>
          <w:t>https://signalnewsaustin.com/ai/</w:t>
        </w:r>
      </w:hyperlink>
      <w:r>
        <w:t xml:space="preserve"> - SignalNews Austin employs AI tools to enhance its journalism, assisting in drafting routine briefs, summarising lengthy documents, suggesting headlines, and identifying local stories worth covering. While AI supports the journalists, it does not replace them; every AI-assisted piece is reviewed by an editor before publication. Content created with AI assistance is labelled as 'AI-Assisted' to maintain transparency with readers. Editors verify facts and make the final decisions on all stories, ensuring accuracy and reliability.</w:t>
      </w:r>
      <w:r/>
    </w:p>
    <w:p>
      <w:pPr>
        <w:pStyle w:val="ListNumber"/>
        <w:spacing w:line="240" w:lineRule="auto"/>
        <w:ind w:left="720"/>
      </w:pPr>
      <w:r/>
      <w:hyperlink r:id="rId16">
        <w:r>
          <w:rPr>
            <w:color w:val="0000EE"/>
            <w:u w:val="single"/>
          </w:rPr>
          <w:t>https://lettsnews.com/</w:t>
        </w:r>
      </w:hyperlink>
      <w:r>
        <w:t xml:space="preserve"> - LettsNews is an AI-powered newsroom platform designed for independent journalists, PR professionals, content creators, and startup founders. It offers a connected editorial system that streamlines the process from idea to published story. Features include drafting with NewsAgent, capturing notes and media, and publishing across multiple platforms. LettsNews aims to help users create, publish, and distribute quality stories efficiently, providing tools for content creation, collaboration, and distribution in a single platform.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br.com/editorial-automation-an-ai-tool-arises-at-ut-austin/" TargetMode="External"/><Relationship Id="rId10" Type="http://schemas.openxmlformats.org/officeDocument/2006/relationships/hyperlink" Target="https://www.beatnews.ai/" TargetMode="External"/><Relationship Id="rId11" Type="http://schemas.openxmlformats.org/officeDocument/2006/relationships/hyperlink" Target="https://www.linkedin.com/company/beatnews" TargetMode="External"/><Relationship Id="rId12" Type="http://schemas.openxmlformats.org/officeDocument/2006/relationships/hyperlink" Target="https://tech.utexas.edu/news/inside-ai-studio-supporting-ai-tools-and-innovation-ut-austin" TargetMode="External"/><Relationship Id="rId13" Type="http://schemas.openxmlformats.org/officeDocument/2006/relationships/hyperlink" Target="https://tech.utexas.edu/services-tools/ai" TargetMode="External"/><Relationship Id="rId14" Type="http://schemas.openxmlformats.org/officeDocument/2006/relationships/hyperlink" Target="https://signalnewsaustin.com/ai/" TargetMode="External"/><Relationship Id="rId15" Type="http://schemas.openxmlformats.org/officeDocument/2006/relationships/hyperlink" Target="https://www.noahwire.com" TargetMode="External"/><Relationship Id="rId16" Type="http://schemas.openxmlformats.org/officeDocument/2006/relationships/hyperlink" Target="https://lettsnew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