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Media Trust brings five newsrooms together in digital convergence drive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Media Trust Group is preparing to unveil a converged digital newsroom on Thursday, October 22, in a move the company says will reshape how it gathers, produces and distributes news across its newspapers, television, radio and online outlets. The initiative brings together editorial teams from Daily Trust, Trust TV, Trust Radio, Aminiya and Digital Trust into a more integrated operation, with the aim of improving coordination, speeding up reporting and giving audiences a more seamless experience across platforms.</w:t>
      </w:r>
      <w:r/>
    </w:p>
    <w:p>
      <w:r/>
      <w:r>
        <w:t>According to the company’s announcement, the new set-up will make greater use of digital technologies, including artificial intelligence tools, to support editorial workflows, content production, distribution and audience analysis. The emphasis, however, remains on journalists retaining responsibility for editorial judgement, verification and accountability, a point echoed across related reports from Front Page, The Conclave and Trust Radio.</w:t>
      </w:r>
      <w:r/>
    </w:p>
    <w:p>
      <w:r/>
      <w:r>
        <w:t>Group chief executive Ahmed I. Shekarau said the project marks a strategic shift towards a more connected and resilient media business. He said the newsroom would help the organisation serve audiences more effectively, strengthen its credibility and improve access to content across different channels. In his remarks, he also framed the move as an investment in the company’s long-term commercial future, with potential benefits for advertisers and brand partners.</w:t>
      </w:r>
      <w:r/>
    </w:p>
    <w:p>
      <w:r/>
      <w:r>
        <w:t>Group Editorial Director and Editor-in-Chief Ibrahim Shehu Adamu said the structure would allow reporters and editors to work more closely across print, broadcast and digital platforms. He said the newsroom would help the group tell stories in a more coordinated way and respond more quickly to breaking developments. The broader objective, according to Media Trust Group, is to build a digitally driven and commercially sustainable media organisation that can adapt to changing audience habits, particularly as more Nigerians consume news on mobile devices and other digital channels.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0">
        <w:r>
          <w:rPr>
            <w:color w:val="0000EE"/>
            <w:u w:val="single"/>
          </w:rPr>
          <w:t>[2]</w:t>
        </w:r>
      </w:hyperlink>
      <w:r>
        <w:t xml:space="preserve">, </w:t>
      </w:r>
      <w:hyperlink r:id="rId12">
        <w:r>
          <w:rPr>
            <w:color w:val="0000EE"/>
            <w:u w:val="single"/>
          </w:rPr>
          <w:t>[4]</w:t>
        </w:r>
      </w:hyperlink>
      <w:r>
        <w:t xml:space="preserve">- Paragraph 3: </w:t>
      </w:r>
      <w:hyperlink r:id="rId9">
        <w:r>
          <w:rPr>
            <w:color w:val="0000EE"/>
            <w:u w:val="single"/>
          </w:rPr>
          <w:t>[1]</w:t>
        </w:r>
      </w:hyperlink>
      <w:r>
        <w:t xml:space="preserve">, </w:t>
      </w:r>
      <w:hyperlink r:id="rId13">
        <w:r>
          <w:rPr>
            <w:color w:val="0000EE"/>
            <w:u w:val="single"/>
          </w:rPr>
          <w:t>[5]</w:t>
        </w:r>
      </w:hyperlink>
      <w:r>
        <w:t xml:space="preserve">, </w:t>
      </w:r>
      <w:hyperlink r:id="rId14">
        <w:r>
          <w:rPr>
            <w:color w:val="0000EE"/>
            <w:u w:val="single"/>
          </w:rPr>
          <w:t>[6]</w:t>
        </w:r>
      </w:hyperlink>
      <w:r>
        <w:t xml:space="preserve">- Paragraph 4: </w:t>
      </w:r>
      <w:hyperlink r:id="rId9">
        <w:r>
          <w:rPr>
            <w:color w:val="0000EE"/>
            <w:u w:val="single"/>
          </w:rPr>
          <w:t>[1]</w:t>
        </w:r>
      </w:hyperlink>
      <w:r>
        <w:t xml:space="preserve">, </w:t>
      </w:r>
      <w:hyperlink r:id="rId11">
        <w:r>
          <w:rPr>
            <w:color w:val="0000EE"/>
            <w:u w:val="single"/>
          </w:rPr>
          <w:t>[3]</w:t>
        </w:r>
      </w:hyperlink>
      <w:r>
        <w:t xml:space="preserve">, </w:t>
      </w:r>
      <w:hyperlink r:id="rId13">
        <w:r>
          <w:rPr>
            <w:color w:val="0000EE"/>
            <w:u w:val="single"/>
          </w:rPr>
          <w:t>[5]</w:t>
        </w:r>
      </w:hyperlink>
      <w:r>
        <w:t xml:space="preserve">, </w:t>
      </w:r>
      <w:hyperlink r:id="rId14">
        <w:r>
          <w:rPr>
            <w:color w:val="0000EE"/>
            <w:u w:val="single"/>
          </w:rPr>
          <w:t>[6]</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https://realnewsmagazine.net/media-trust-group-unveils-converged-digital-newsroom/</w:t>
        </w:r>
      </w:hyperlink>
      <w:r>
        <w:t xml:space="preserve"> - Please view link - unable to able to access data</w:t>
      </w:r>
      <w:r/>
    </w:p>
    <w:p>
      <w:pPr>
        <w:pStyle w:val="ListNumber"/>
        <w:spacing w:line="240" w:lineRule="auto"/>
        <w:ind w:left="720"/>
      </w:pPr>
      <w:r/>
      <w:hyperlink r:id="rId10">
        <w:r>
          <w:rPr>
            <w:color w:val="0000EE"/>
            <w:u w:val="single"/>
          </w:rPr>
          <w:t>https://frontpageng.com/media-trust-group-launches-converged-digital-newsroom/</w:t>
        </w:r>
      </w:hyperlink>
      <w:r>
        <w:t xml:space="preserve"> - Media Trust Group, publishers of Daily Trust newspapers and owners of Trust TV, Trust Radio, and other media platforms, will launch its Converged Digital Newsroom on Thursday, October 22. This technology-driven initiative aims to transform how the Group gathers, produces, and distributes news across its platforms. The integrated newsroom will enable journalists to collaborate, share resources, and deliver timely, relevant, and engaging content across multiple channels. The newsroom will leverage digital technologies, including artificial intelligence (AI) tools, to support editorial workflows, content production, news distribution, and audience insights, enhancing efficiency and collaboration while maintaining editorial judgment, verification, and accountability firmly in the hands of journalists. (</w:t>
      </w:r>
      <w:hyperlink r:id="rId16">
        <w:r>
          <w:rPr>
            <w:color w:val="0000EE"/>
            <w:u w:val="single"/>
          </w:rPr>
          <w:t>frontpageng.com</w:t>
        </w:r>
      </w:hyperlink>
      <w:r>
        <w:t>)</w:t>
      </w:r>
      <w:r/>
    </w:p>
    <w:p>
      <w:pPr>
        <w:pStyle w:val="ListNumber"/>
        <w:spacing w:line="240" w:lineRule="auto"/>
        <w:ind w:left="720"/>
      </w:pPr>
      <w:r/>
      <w:hyperlink r:id="rId11">
        <w:r>
          <w:rPr>
            <w:color w:val="0000EE"/>
            <w:u w:val="single"/>
          </w:rPr>
          <w:t>https://www.theconclaveng.com/media-trust-group-to-launch-converged-digital-newsroom-oct-22/</w:t>
        </w:r>
      </w:hyperlink>
      <w:r>
        <w:t xml:space="preserve"> - Media Trust Group, publishers of Daily Trust newspapers and owners of Trust TV, Trust Radio, and other platforms, will launch its Converged Digital Newsroom on Thursday, October 22. The initiative aims to integrate editorial operations across Daily Trust, Trust TV, Trust Radio, Aminiya, Digital Trust, and other platforms, enabling journalists to collaborate, share resources, and deliver timely and engaging content across multiple channels. The newsroom will leverage digital technologies, including artificial intelligence (AI) tools, to support editorial workflows, content production, distribution, and audience insights, while keeping editorial judgment, verification, and accountability with journalists. (</w:t>
      </w:r>
      <w:hyperlink r:id="rId17">
        <w:r>
          <w:rPr>
            <w:color w:val="0000EE"/>
            <w:u w:val="single"/>
          </w:rPr>
          <w:t>theconclaveng.com</w:t>
        </w:r>
      </w:hyperlink>
      <w:r>
        <w:t>)</w:t>
      </w:r>
      <w:r/>
    </w:p>
    <w:p>
      <w:pPr>
        <w:pStyle w:val="ListNumber"/>
        <w:spacing w:line="240" w:lineRule="auto"/>
        <w:ind w:left="720"/>
      </w:pPr>
      <w:r/>
      <w:hyperlink r:id="rId12">
        <w:r>
          <w:rPr>
            <w:color w:val="0000EE"/>
            <w:u w:val="single"/>
          </w:rPr>
          <w:t>https://trustradio.com.ng/en/media-trust-group-launches-converged-digital-newsroom</w:t>
        </w:r>
      </w:hyperlink>
      <w:r>
        <w:t xml:space="preserve"> - Media Trust Group, publishers of Daily Trust newspapers and owners of Trust TV, Trust Radio, and other media platforms, will launch its Converged Digital Newsroom on Thursday, October 22. This technology-driven initiative is designed to transform how the Group gathers, produces, and distributes news across its platforms. The integrated newsroom will enable journalists to collaborate, share resources, and deliver timely, relevant, and engaging content across multiple channels. The newsroom will leverage digital technologies, including artificial intelligence (AI) tools, to support editorial workflows, content production, news distribution, and audience insights, enhancing efficiency and collaboration while maintaining editorial judgment, verification, and accountability firmly in the hands of journalists. (</w:t>
      </w:r>
      <w:hyperlink r:id="rId18">
        <w:r>
          <w:rPr>
            <w:color w:val="0000EE"/>
            <w:u w:val="single"/>
          </w:rPr>
          <w:t>trustradio.com.ng</w:t>
        </w:r>
      </w:hyperlink>
      <w:r>
        <w:t>)</w:t>
      </w:r>
      <w:r/>
    </w:p>
    <w:p>
      <w:pPr>
        <w:pStyle w:val="ListNumber"/>
        <w:spacing w:line="240" w:lineRule="auto"/>
        <w:ind w:left="720"/>
      </w:pPr>
      <w:r/>
      <w:hyperlink r:id="rId13">
        <w:r>
          <w:rPr>
            <w:color w:val="0000EE"/>
            <w:u w:val="single"/>
          </w:rPr>
          <w:t>https://peoplesdaily.ng/media-trust-to-launch-converged-digital-newsroom/</w:t>
        </w:r>
      </w:hyperlink>
      <w:r>
        <w:t xml:space="preserve"> - Media Trust Group, publishers of Daily Trust, will launch a converged digital newsroom integrating its print, television, radio, and online platforms to improve news production and distribution. The initiative will bring together editorial operations across Daily Trust, Trust TV, Trust Radio, Aminiya, and Digital Trust, enabling journalists to share resources, coordinate coverage, and deliver news across multiple platforms. The technology-driven newsroom will deploy artificial intelligence tools to support editorial workflows, content production, news distribution, and audience analysis, while keeping editorial judgment, verification, and accountability with journalists. (</w:t>
      </w:r>
      <w:hyperlink r:id="rId19">
        <w:r>
          <w:rPr>
            <w:color w:val="0000EE"/>
            <w:u w:val="single"/>
          </w:rPr>
          <w:t>peoplesdaily.ng</w:t>
        </w:r>
      </w:hyperlink>
      <w:r>
        <w:t>)</w:t>
      </w:r>
      <w:r/>
    </w:p>
    <w:p>
      <w:pPr>
        <w:pStyle w:val="ListNumber"/>
        <w:spacing w:line="240" w:lineRule="auto"/>
        <w:ind w:left="720"/>
      </w:pPr>
      <w:r/>
      <w:hyperlink r:id="rId14">
        <w:r>
          <w:rPr>
            <w:color w:val="0000EE"/>
            <w:u w:val="single"/>
          </w:rPr>
          <w:t>https://www.plus234feed.com/article/media-trust-group-launches-converged-digital-newsroom-mvaxof3f</w:t>
        </w:r>
      </w:hyperlink>
      <w:r>
        <w:t xml:space="preserve"> - The Media Trust Group has launched a converged digital newsroom that integrates editorial operations across its various platforms, including Daily Trust, Trust TV, Trust Radio, Aminiya, and Digital Trust. This initiative aims to enable journalists to collaborate more effectively, share resources, and deliver timely and engaging content across multiple channels. The newsroom will utilize digital technologies, including artificial intelligence tools, to enhance editorial workflows, content production, news distribution, and audience insights. Group Chief Executive Officer Ahmed I. Shekarau stated that this represents a strategic step towards a more connected and sustainable media organization. (</w:t>
      </w:r>
      <w:hyperlink r:id="rId20">
        <w:r>
          <w:rPr>
            <w:color w:val="0000EE"/>
            <w:u w:val="single"/>
          </w:rPr>
          <w:t>plus234feed.com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alnewsmagazine.net/media-trust-group-unveils-converged-digital-newsroom/" TargetMode="External"/><Relationship Id="rId10" Type="http://schemas.openxmlformats.org/officeDocument/2006/relationships/hyperlink" Target="https://frontpageng.com/media-trust-group-launches-converged-digital-newsroom/" TargetMode="External"/><Relationship Id="rId11" Type="http://schemas.openxmlformats.org/officeDocument/2006/relationships/hyperlink" Target="https://www.theconclaveng.com/media-trust-group-to-launch-converged-digital-newsroom-oct-22/" TargetMode="External"/><Relationship Id="rId12" Type="http://schemas.openxmlformats.org/officeDocument/2006/relationships/hyperlink" Target="https://trustradio.com.ng/en/media-trust-group-launches-converged-digital-newsroom" TargetMode="External"/><Relationship Id="rId13" Type="http://schemas.openxmlformats.org/officeDocument/2006/relationships/hyperlink" Target="https://peoplesdaily.ng/media-trust-to-launch-converged-digital-newsroom/" TargetMode="External"/><Relationship Id="rId14" Type="http://schemas.openxmlformats.org/officeDocument/2006/relationships/hyperlink" Target="https://www.plus234feed.com/article/media-trust-group-launches-converged-digital-newsroom-mvaxof3f" TargetMode="External"/><Relationship Id="rId15" Type="http://schemas.openxmlformats.org/officeDocument/2006/relationships/hyperlink" Target="https://www.noahwire.com" TargetMode="External"/><Relationship Id="rId16" Type="http://schemas.openxmlformats.org/officeDocument/2006/relationships/hyperlink" Target="https://frontpageng.com/media-trust-group-launches-converged-digital-newsroom/?utm_source=openai" TargetMode="External"/><Relationship Id="rId17" Type="http://schemas.openxmlformats.org/officeDocument/2006/relationships/hyperlink" Target="https://www.theconclaveng.com/media-trust-group-to-launch-converged-digital-newsroom-oct-22/?utm_source=openai" TargetMode="External"/><Relationship Id="rId18" Type="http://schemas.openxmlformats.org/officeDocument/2006/relationships/hyperlink" Target="https://trustradio.com.ng/en/media-trust-group-launches-converged-digital-newsroom?utm_source=openai" TargetMode="External"/><Relationship Id="rId19" Type="http://schemas.openxmlformats.org/officeDocument/2006/relationships/hyperlink" Target="https://peoplesdaily.ng/media-trust-to-launch-converged-digital-newsroom/?utm_source=openai" TargetMode="External"/><Relationship Id="rId20" Type="http://schemas.openxmlformats.org/officeDocument/2006/relationships/hyperlink" Target="https://www.plus234feed.com/article/media-trust-group-launches-converged-digital-newsroom-mvaxof3f?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