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Fuji TV targets AI support across live-action dramas by 2027</w:t>
      </w:r>
      <w:r/>
    </w:p>
    <w:p>
      <w:r/>
      <w:r/>
    </w:p>
    <w:p>
      <w:r>
        <w:drawing>
          <wp:inline xmlns:a="http://schemas.openxmlformats.org/drawingml/2006/main" xmlns:pic="http://schemas.openxmlformats.org/drawingml/2006/picture">
            <wp:extent cx="5080000" cy="338666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386667"/>
                    </a:xfrm>
                    <a:prstGeom prst="rect"/>
                  </pic:spPr>
                </pic:pic>
              </a:graphicData>
            </a:graphic>
          </wp:inline>
        </w:drawing>
      </w:r>
    </w:p>
    <w:p>
      <w:r/>
      <w:r>
        <w:t>Fuji Television plans to make generative artificial intelligence available across its live-action drama slate by October 2027, while leaving the choice of production technique to the needs of each scene. The Japanese broadcaster announced the target on 5 November, setting out a gradual expansion rather than a commitment to create every image with AI.</w:t>
      </w:r>
      <w:r/>
    </w:p>
    <w:p>
      <w:r/>
      <w:r>
        <w:t>The groundwork includes an AI Centre in Fuji’s digital strategy division and an AI Sandbox at Wangan Studio, which began operating in September. Production and technical teams are working with AI company ANDENT to test uses in real programmes. Fuji produces 16 prime-time drama series a year and says it will weigh AI alongside filming, visual effects and computer-generated imagery on a project-by-project basis.</w:t>
      </w:r>
      <w:r/>
    </w:p>
    <w:p>
      <w:r/>
      <w:r>
        <w:t>One existing example is Emergency Room 24 Hours, the medical drama starring Yosuke Eguchi and Nanako Matsushima, which began airing in October 2026. Directors used AI in pre-production to visualise planned shots and share them with colleagues. The technology also contributed to image work in medical sequences and scenes of accidents that would be difficult to recreate through filming alone.</w:t>
      </w:r>
      <w:r/>
    </w:p>
    <w:p>
      <w:r/>
      <w:r>
        <w:t>In the first episode, the production combined an AI-generated fictional aerial view with smoke added to depict an explosion. Fuji says trials have cut the workload by as much as 70 to 80 per cent in particular video-production processes. The broadcaster cautions that this figure applies only to selected tasks, not to the overall labour or budget for a drama.</w:t>
      </w:r>
      <w:r/>
    </w:p>
    <w:p>
      <w:r/>
      <w:r>
        <w:t>From the October 2026 season, Fuji intends to make at least one drama each quarter an AI-enhanced production, using the Sandbox to build experience and share findings. Its longer-term goal is to have a system that can support AI use across all its dramas by October 2027, where suitable. Fuji Media Holdings has also signalled plans to extend AI work to related video businesses, with group-wide development ambitions reaching towards fiscal 2029.</w:t>
      </w:r>
      <w:r/>
    </w:p>
    <w:p>
      <w:pPr>
        <w:pStyle w:val="Heading3"/>
      </w:pPr>
      <w:r>
        <w:t>Source Reference Map</w:t>
      </w:r>
      <w:r/>
    </w:p>
    <w:p>
      <w:r/>
      <w:r>
        <w:rPr>
          <w:b/>
        </w:rPr>
        <w:t>Inspired by headline at:</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1">
        <w:r>
          <w:rPr>
            <w:color w:val="0000EE"/>
            <w:u w:val="single"/>
          </w:rPr>
          <w:t>[3]</w:t>
        </w:r>
      </w:hyperlink>
      <w:r>
        <w:t xml:space="preserve">, </w:t>
      </w:r>
      <w:hyperlink r:id="rId14">
        <w:r>
          <w:rPr>
            <w:color w:val="0000EE"/>
            <w:u w:val="single"/>
          </w:rPr>
          <w:t>[7]</w:t>
        </w:r>
      </w:hyperlink>
      <w:r/>
    </w:p>
    <w:p>
      <w:r/>
      <w:r>
        <w:t xml:space="preserve">Source: </w:t>
      </w:r>
      <w:hyperlink r:id="rId15">
        <w:r>
          <w:rPr>
            <w:color w:val="0000EE"/>
            <w:u w:val="single"/>
          </w:rPr>
          <w:t>Noah Wire Services</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https://news.mydramalist.com/article/27248-fuji-tv-generative-ai-all-dramas-2027</w:t>
        </w:r>
      </w:hyperlink>
      <w:r>
        <w:t xml:space="preserve"> - Please view link - unable to able to access data</w:t>
      </w:r>
      <w:r/>
    </w:p>
    <w:p>
      <w:pPr>
        <w:pStyle w:val="ListNumber"/>
        <w:spacing w:line="240" w:lineRule="auto"/>
        <w:ind w:left="720"/>
      </w:pPr>
      <w:r/>
      <w:hyperlink r:id="rId10">
        <w:r>
          <w:rPr>
            <w:color w:val="0000EE"/>
            <w:u w:val="single"/>
          </w:rPr>
          <w:t>https://www.fujitv.co.jp/company/news/261105.html</w:t>
        </w:r>
      </w:hyperlink>
      <w:r>
        <w:t xml:space="preserve"> - Fuji Television’s 5 November 2026 announcement sets out its plan to use generative AI as one option in live-action drama production. The broadcaster says its July reorganisation created an AI Centre within its digital strategy division, and that an AI Sandbox began operating at Wangan Studio in September. The project brings together drama and film production staff, technical teams and AI company ANDENT to test the technology through real productions. Fuji says it makes 16 primetime serial dramas a year and will choose among live-action filming, visual effects, computer-generated imagery and generative AI according to each project and scene. In Emergency Room 24 Hours, directors visualised intended shots before filming and shared them with production and technical staff. AI was also used for detailed image processing in medical scenes and for accident scenes difficult to recreate through filming alone. The first episode’s explosion sequence combined an AI-generated fictional aerial view with added smoke. Fuji reports that certain tested video-production processes reduced workload by 70–80 per cent, while clarifying that this does not represent savings across an entire drama or its total production budget. From the October 2026 season, at least one drama each broadcast quarter will be designated an AI-enhanced project. The company aims to have a system enabling AI use in all its dramas by October 2027, where appropriate.</w:t>
      </w:r>
      <w:r/>
    </w:p>
    <w:p>
      <w:pPr>
        <w:pStyle w:val="ListNumber"/>
        <w:spacing w:line="240" w:lineRule="auto"/>
        <w:ind w:left="720"/>
      </w:pPr>
      <w:r/>
      <w:hyperlink r:id="rId11">
        <w:r>
          <w:rPr>
            <w:color w:val="0000EE"/>
            <w:u w:val="single"/>
          </w:rPr>
          <w:t>https://www.itmedia.co.jp/aiplus/article/2611/05/2000002903/</w:t>
        </w:r>
      </w:hyperlink>
      <w:r>
        <w:t xml:space="preserve"> - ITmedia reports that Fuji Television announced on 5 November that it intends to establish a system allowing generative AI to be used in every drama it produces by October 2027. Beginning with the October 2026 season, the broadcaster plans to designate at least one drama each quarter as an AI-enhanced production, building experience and widening its use of the technology over time. The report says Fuji has already used AI in several dramas, including Emergency Room 24 Hours. In the first episode, an explosion scene used an AI-generated fictional aerial view with smoke composited into the image. Production took place through AI Sandbox, an experimental unit operating at Fuji’s Wangan Studio since September. The report describes cooperation with AI production company ANDENT and notes Fuji’s claim that workload fell by as much as 70–80 per cent in some individual processes compared with conventional methods. That percentage applies only to specific processes, not overall production costs or the full drama-making workflow. Fuji currently produces 16 serial dramas annually for terrestrial television’s evening primetime hours. It says combining AI with other suitable production methods could enable scenes previously difficult to achieve, reduce burdens on crews and improve safety. The article also notes that Fuji Media Holdings intends to extend AI use to related video companies and aims to develop advanced group-wide AI capabilities by fiscal 2029.</w:t>
      </w:r>
      <w:r/>
    </w:p>
    <w:p>
      <w:pPr>
        <w:pStyle w:val="ListNumber"/>
        <w:spacing w:line="240" w:lineRule="auto"/>
        <w:ind w:left="720"/>
      </w:pPr>
      <w:r/>
      <w:hyperlink r:id="rId12">
        <w:r>
          <w:rPr>
            <w:color w:val="0000EE"/>
            <w:u w:val="single"/>
          </w:rPr>
          <w:t>https://automaton-media.com/en/nongaming-news/major-japanese-broadcaster-fuji-tv-plans-to-use-generative-ai-in-all-its-live-action-series-by-the-end-of-2027-establishes-dedicated-ai-testing-site/</w:t>
        </w:r>
      </w:hyperlink>
      <w:r>
        <w:t xml:space="preserve"> - AUTOMATON WEST describes Fuji TV’s new AI Sandbox as a dedicated test environment for generative AI in live-action drama production. The broadcaster announced the initiative on 5 November 2026, explaining that its AI Centre sits within a newly established digital strategy headquarters and oversees the testing site at Wangan Studio. The article says directors, producers and technical staff can work with external AI specialists to assess possible uses and decide whether AI suits a particular production. Fuji’s reported trials found workload reductions of up to 70–80 per cent in certain video-production steps; the article stresses that this is not a claim about total production labour or budget. Emergency Room 24 Hours is presented as an example of existing use. AI helped directors visualise intended footage during pre-production and was used for image work in medical scenes and depictions of accidents. The first episode’s explosion involved a fictional aerial city view generated with AI, with smoke added to the image. From the October 2026 television season, Fuji plans to make at least one live-action drama per season an AI-enhanced project, producing it through AI Sandbox. The longer-term aim is to establish, by October 2027, a production system in which generative AI can be used across all the broadcaster’s dramas, subject to each project’s creative and practical requirements.</w:t>
      </w:r>
      <w:r/>
    </w:p>
    <w:p>
      <w:pPr>
        <w:pStyle w:val="ListNumber"/>
        <w:spacing w:line="240" w:lineRule="auto"/>
        <w:ind w:left="720"/>
      </w:pPr>
      <w:r/>
      <w:hyperlink r:id="rId13">
        <w:r>
          <w:rPr>
            <w:color w:val="0000EE"/>
            <w:u w:val="single"/>
          </w:rPr>
          <w:t>https://www.fujitv.com/drama/emergencyroom24hours/</w:t>
        </w:r>
      </w:hyperlink>
      <w:r>
        <w:t xml:space="preserve"> - Fuji Television’s English-language programme page introduces the sixth series of Emergency Room 24 Hours, starring Yosuke Eguchi and Nanako Matsushima. It states that the series began airing on 12 October 2026 in the Monday 9 p.m. slot. The medical drama follows doctors and nurses working in emergency medicine and has returned after an approximately 13-year gap since its fifth series in 2013. The page describes the reunion of Eguchi and Matsushima, who last appeared together in a 2010 special, and identifies their roles as emergency physician Dr Shindo and Dr Kojima. It also lists the supporting cast, including Taisei Kido, Riku Hagiwara, Sei Shiraishi, Mayuu Yokota, Mamoru Miyano, Norito Yashima and Ikki Sawamura. The programme description says this instalment explores changes in the medical field and themes such as work-style reform, generational differences, the development of younger people and choices surrounding life. This page independently supports the article’s identification of the current drama, its leading actors, its October 2026 broadcast and its Monday evening timeslot. It does not itself discuss generative AI or the production methods used in the series; those claims are detailed in Fuji’s corporate announcement and contemporary coverage.</w:t>
      </w:r>
      <w:r/>
    </w:p>
    <w:p>
      <w:pPr>
        <w:pStyle w:val="ListNumber"/>
        <w:spacing w:line="240" w:lineRule="auto"/>
        <w:ind w:left="720"/>
      </w:pPr>
      <w:r/>
      <w:hyperlink r:id="rId16">
        <w:r>
          <w:rPr>
            <w:color w:val="0000EE"/>
            <w:u w:val="single"/>
          </w:rPr>
          <w:t>https://news.sbs.co.kr/english/article.do?news_id=N1008834566</w:t>
        </w:r>
      </w:hyperlink>
      <w:r>
        <w:t xml:space="preserve"> - SBS News reports on Fuji Television’s plans to incorporate artificial intelligence into live-action drama production. Published on 6 November 2026, the article says Fuji aims to use generative AI in all its live-action dramas from October 2027 and has already formed a dedicated team. It identifies the currently airing Emergency Room 24 Hours as a production using AI, including for surgery imagery and aerial views of an explosion scene. The report says AI-created aerial footage was used instead of filming from a helicopter and describes production-time reductions of 70–80 per cent for some work compared with traditional visual-effects methods. It also notes Fuji’s expectation that AI could help reduce production costs, while attributing the underlying reporting to Japanese business coverage. Beyond Fuji, the article briefly places the announcement in the wider television industry, mentioning AI use by other Japanese broadcasters and by Netflix in some productions. It also discusses restrictions intended to prevent AI training on actors’ faces and unauthorised use of performers’ likenesses or voices. SBS flags that its article was translated using AI and may contain errors, so its detailed wording should be treated with that caveat. Its central claims about Fuji’s target date, the drama example and the use of AI in production are broadly consistent with Fuji’s own announcement and other reporting.</w:t>
      </w:r>
      <w:r/>
    </w:p>
    <w:p>
      <w:pPr>
        <w:pStyle w:val="ListNumber"/>
        <w:spacing w:line="240" w:lineRule="auto"/>
        <w:ind w:left="720"/>
      </w:pPr>
      <w:r/>
      <w:hyperlink r:id="rId14">
        <w:r>
          <w:rPr>
            <w:color w:val="0000EE"/>
            <w:u w:val="single"/>
          </w:rPr>
          <w:t>https://www.itmedia.co.jp/news/article/2611/06/2000002962/</w:t>
        </w:r>
      </w:hyperlink>
      <w:r>
        <w:t xml:space="preserve"> - This ITmedia News report provides further detail on Fuji Television’s generative-AI plans and the Emergency Room 24 Hours production example. It says Fuji announced on 5 November that it aims to make AI available for all its dramas by October 2027, with at least one AI-enhanced drama each season from October 2026. The system is being developed through AI Sandbox at Wangan Studio, which began operating in September under Fuji’s AI Centre. Drama and technical departments are working with AI company ANDENT to test practical uses during production. According to the report, directors used AI before filming to visualise scenes and share intended images with the crew. The technology also supported image processing in medical scenes and scenes of accidents that would be difficult to film directly. The first episode’s explosion used an AI-generated aerial-style fictional landscape with smoke composited into it. Fuji reported workload reductions of 70–80 per cent in some specific processes, while clarifying that this does not measure savings across an entire programme or total production costs. The report emphasises that Fuji does not intend to create every image with AI: teams will select among AI, traditional filming and visual effects according to each scene. It also notes plans to expand the work to related companies in Fuji Media Holdings.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ews.mydramalist.com/article/27248-fuji-tv-generative-ai-all-dramas-2027" TargetMode="External"/><Relationship Id="rId10" Type="http://schemas.openxmlformats.org/officeDocument/2006/relationships/hyperlink" Target="https://www.fujitv.co.jp/company/news/261105.html" TargetMode="External"/><Relationship Id="rId11" Type="http://schemas.openxmlformats.org/officeDocument/2006/relationships/hyperlink" Target="https://www.itmedia.co.jp/aiplus/article/2611/05/2000002903/" TargetMode="External"/><Relationship Id="rId12" Type="http://schemas.openxmlformats.org/officeDocument/2006/relationships/hyperlink" Target="https://automaton-media.com/en/nongaming-news/major-japanese-broadcaster-fuji-tv-plans-to-use-generative-ai-in-all-its-live-action-series-by-the-end-of-2027-establishes-dedicated-ai-testing-site/" TargetMode="External"/><Relationship Id="rId13" Type="http://schemas.openxmlformats.org/officeDocument/2006/relationships/hyperlink" Target="https://www.fujitv.com/drama/emergencyroom24hours/" TargetMode="External"/><Relationship Id="rId14" Type="http://schemas.openxmlformats.org/officeDocument/2006/relationships/hyperlink" Target="https://www.itmedia.co.jp/news/article/2611/06/2000002962/" TargetMode="External"/><Relationship Id="rId15" Type="http://schemas.openxmlformats.org/officeDocument/2006/relationships/hyperlink" Target="https://www.noahwire.com" TargetMode="External"/><Relationship Id="rId16" Type="http://schemas.openxmlformats.org/officeDocument/2006/relationships/hyperlink" Target="https://news.sbs.co.kr/english/article.do?news_id=N10088345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