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NYT Cooking’s optional AI chef sparks backlash over control</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New York Times is quietly expanding artificial intelligence inside its Cooking app, adding a tool that helps subscribers alter recipes on the fly, but the move has already exposed a familiar fault line between convenience and control. According to The Verge, the feature lets users swap ingredients and utensils, adjust quantities for different numbers of diners, and otherwise tailor dishes to what they have to hand, with the company presenting it as a practical aid rather than a wholesale rewrite of its recipes.</w:t>
      </w:r>
      <w:r/>
    </w:p>
    <w:p>
      <w:r/>
      <w:r>
        <w:t>The feature works through a chatbot-style panel at the bottom of recipe pages, and The Verge reported that it is already live for all Cooking subscribers using the iOS app, with a wider release planned later. One example cited in the report shows the system advising that baby spinach should be added later than kale because it wilts more quickly. The Times says customised versions remain private and cannot be shared, and it has framed the rollout as gradual while it watches how the tool performs in practice.</w:t>
      </w:r>
      <w:r/>
    </w:p>
    <w:p>
      <w:r/>
      <w:r>
        <w:t>That rollout has nevertheless prompted complaints from some readers, who object not just to the company’s growing use of AI but to the principle of embedding it into an experience they value precisely because it is straightforward. In comments described by The Verge, one subscriber said it was "Unbelievably disappointing to see," arguing that the feature represented an unwanted intrusion into a service they had long enjoyed for its simplicity. Others raised concerns about the environmental cost of AI systems and about what they see as a creeping normalisation of AI in everyday products.</w:t>
      </w:r>
      <w:r/>
    </w:p>
    <w:p>
      <w:r/>
      <w:r>
        <w:t>A Times spokesperson told The Verge that the comments on the announcement post were left open for four days so editors could answer questions and hear feedback, adding that closing older discussions is standard practice. The company also said some Cooking users were already trying the feature and reporting positive results. NYT Cooking senior editor Genevieve Ko has also stressed that the tool is optional to use, although she said there is, at present, no way for readers to disable it entirely.</w:t>
      </w:r>
      <w:r/>
    </w:p>
    <w:p>
      <w:r/>
      <w:r>
        <w:t>The new feature sits within a broader pattern at The New York Times and across the media and tech industries. Axios reported in May that the paper signed a multi-year artificial-intelligence licensing deal with Amazon, its first such agreement with an AI company, giving Amazon access to Times material including Cooking and The Athletic for AI-related products and services. More broadly, recent criticism of AI-generated food images at Just Eat, concerns over synthetic visuals being introduced without clear user consent at platforms such as Amazon, Reddit and Tinder, and wider worries about trust in AI features on Windows and in app stores all point to the same underlying issue: users may be willing to experiment with AI, but they want transparency, limits and meaningful control.</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0">
        <w:r>
          <w:rPr>
            <w:color w:val="0000EE"/>
            <w:u w:val="single"/>
          </w:rPr>
          <w:t>[6]</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https://www.theverge.com/ai-artificial-intelligence/1022193/nyt-cooking-app-ai-recipe-modification-tool</w:t>
        </w:r>
      </w:hyperlink>
      <w:r>
        <w:t xml:space="preserve"> - Please view link - unable to able to access data</w:t>
      </w:r>
      <w:r/>
    </w:p>
    <w:p>
      <w:pPr>
        <w:pStyle w:val="ListNumber"/>
        <w:spacing w:line="240" w:lineRule="auto"/>
        <w:ind w:left="720"/>
      </w:pPr>
      <w:r/>
      <w:hyperlink r:id="rId9">
        <w:r>
          <w:rPr>
            <w:color w:val="0000EE"/>
            <w:u w:val="single"/>
          </w:rPr>
          <w:t>https://www.theverge.com/ai-artificial-intelligence/1022193/nyt-cooking-app-ai-recipe-modification-tool</w:t>
        </w:r>
      </w:hyperlink>
      <w:r>
        <w:t xml:space="preserve"> - The New York Times is testing a new AI feature for its Cooking app that helps users modify recipes. This tool recommends substitutions for ingredients and cooking equipment, scales recipes to any number of servings, and generally adapts recipes to meet a cook's immediate needs. For example, when substituting baby spinach for kale, the AI advises adding it later in the recipe due to its quicker wilting. The feature is currently available to all Cooking subscribers on the iOS app and will be more broadly available soon. Some users have expressed concerns about the environmental impact of widespread AI adoption and its effect on the user experience. The AI modification feature is being rolled out gradually while the NYT monitors its performance. Customized recipes are private and cannot be published or shared through the app.</w:t>
      </w:r>
      <w:r/>
    </w:p>
    <w:p>
      <w:pPr>
        <w:pStyle w:val="ListNumber"/>
        <w:spacing w:line="240" w:lineRule="auto"/>
        <w:ind w:left="720"/>
      </w:pPr>
      <w:r/>
      <w:hyperlink r:id="rId11">
        <w:r>
          <w:rPr>
            <w:color w:val="0000EE"/>
            <w:u w:val="single"/>
          </w:rPr>
          <w:t>https://www.axios.com/2025/05/30/nyt-amazon-ai-licensing-deal</w:t>
        </w:r>
      </w:hyperlink>
      <w:r>
        <w:t xml:space="preserve"> - In May 2025, The New York Times signed a multiyear artificial-intelligence licensing agreement with Amazon. Under this deal, Amazon gained access to editorial material from The New York Times, including its cooking app and sports publication, The Athletic, for use in AI-related products and experiences across Amazon-owned services. This agreement marked the Times' first content deal with an AI company and reflects a broader trend of news organizations negotiating licensing arrangements with AI companies while pursuing legal action against others over content use.</w:t>
      </w:r>
      <w:r/>
    </w:p>
    <w:p>
      <w:pPr>
        <w:pStyle w:val="ListNumber"/>
        <w:spacing w:line="240" w:lineRule="auto"/>
        <w:ind w:left="720"/>
      </w:pPr>
      <w:r/>
      <w:hyperlink r:id="rId12">
        <w:r>
          <w:rPr>
            <w:color w:val="0000EE"/>
            <w:u w:val="single"/>
          </w:rPr>
          <w:t>https://www.creativebloq.com/news/just-eats-ai-apocalypse-raises-a-pretty-obvious-question</w:t>
        </w:r>
      </w:hyperlink>
      <w:r>
        <w:t xml:space="preserve"> - Just Eat faced criticism after its trial of AI-generated food images in the UK produced misleading representations of restaurant menu items. Examples included a bacon and egg soda bread cocktail and a jacket potato depicted as an actual jacket. The company apologised and promised to remove the images, but the incident raised questions about its testing and quality control. Critics noted that even accurate AI images cannot reliably represent actual dishes, potentially creating unrealistic customer expectations and leading to disappointment.</w:t>
      </w:r>
      <w:r/>
    </w:p>
    <w:p>
      <w:pPr>
        <w:pStyle w:val="ListNumber"/>
        <w:spacing w:line="240" w:lineRule="auto"/>
        <w:ind w:left="720"/>
      </w:pPr>
      <w:r/>
      <w:hyperlink r:id="rId13">
        <w:r>
          <w:rPr>
            <w:color w:val="0000EE"/>
            <w:u w:val="single"/>
          </w:rPr>
          <w:t>https://www.creativebloq.com/ai/from-amazon-to-tinder-and-reddit-tech-platforms-are-giving-users-ai-images-they-didnt-ask-for</w:t>
        </w:r>
      </w:hyperlink>
      <w:r>
        <w:t xml:space="preserve"> - Amazon, Reddit, and Tinder have introduced AI-generated or AI-edited images without clearly obtaining users' consent, alarming consumers who already distrust synthetic media. Tinder temporarily suspended its experimental 'Photo Enhance' feature after it automatically altered profile pictures, including changing users' physical features, without prior opt-in access. Reddit advertisers reported that the platform generated fake promotional screenshots from their artwork, raising concerns about accidental use and distorted marketing. Amazon launched 'Shop by Style,' which creates AI product images from search queries, while some sellers say inaccurate generated images have appeared in their listings. Critics warn that such imagery can mislead shoppers, damage trust, increase returns, and make genuine products appear to be 'AI slop.'</w:t>
      </w:r>
      <w:r/>
    </w:p>
    <w:p>
      <w:pPr>
        <w:pStyle w:val="ListNumber"/>
        <w:spacing w:line="240" w:lineRule="auto"/>
        <w:ind w:left="720"/>
      </w:pPr>
      <w:r/>
      <w:hyperlink r:id="rId10">
        <w:r>
          <w:rPr>
            <w:color w:val="0000EE"/>
            <w:u w:val="single"/>
          </w:rPr>
          <w:t>https://www.windowscentral.com/microsoft/windows-11/user-reactions-show-microsofts-ai-problem-on-windows-11-isnt-technical-its-trust</w:t>
        </w:r>
      </w:hyperlink>
      <w:r>
        <w:t xml:space="preserve"> - Reactions to Microsoft's scaling back of some Copilot features and reconsidering Recall reveal that Windows 11's central AI problem is trust, not technology. Users generally do not oppose AI but resent features being pushed into the operating system without clear explanations, meaningful controls, or an easy way to disable them. Recall has especially alarmed people who fear persistent background monitoring and doubt that the feature will remain optional. Many also see the AI push as a distraction from longstanding complaints about Windows reliability, intrusive account requirements, interface changes, and unfinished features.</w:t>
      </w:r>
      <w:r/>
    </w:p>
    <w:p>
      <w:pPr>
        <w:pStyle w:val="ListNumber"/>
        <w:spacing w:line="240" w:lineRule="auto"/>
        <w:ind w:left="720"/>
      </w:pPr>
      <w:r/>
      <w:hyperlink r:id="rId14">
        <w:r>
          <w:rPr>
            <w:color w:val="0000EE"/>
            <w:u w:val="single"/>
          </w:rPr>
          <w:t>https://www.theatlantic.com/technology/2026/10/vibe-coders-are-clogging-app-store-slop/689150/?utm_source=openai</w:t>
        </w:r>
      </w:hyperlink>
      <w:r>
        <w:t xml:space="preserve"> - AI-assisted 'vibe coding' has made app development so fast and accessible that app stores are being flooded with low-quality products and clones. Sensor Tower estimates nearly 1.3 million new iOS and Google Play apps launched in the first half of 2026—twice the number in the same periods of 2024 and 2025. Calorie trackers, productivity tools, fitness apps, and niche games are among the crowded categories, while user time on apps has barely grown and downloads have declined. Many new apps attract few users, yet make discovery harder and frustrate people with interchangeable designs. The surge also creates risks: inexperienced creators may not be able to secure, maintain, or support apps that handle personal data or connect to external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verge.com/ai-artificial-intelligence/1022193/nyt-cooking-app-ai-recipe-modification-tool" TargetMode="External"/><Relationship Id="rId10" Type="http://schemas.openxmlformats.org/officeDocument/2006/relationships/hyperlink" Target="https://www.windowscentral.com/microsoft/windows-11/user-reactions-show-microsofts-ai-problem-on-windows-11-isnt-technical-its-trust" TargetMode="External"/><Relationship Id="rId11" Type="http://schemas.openxmlformats.org/officeDocument/2006/relationships/hyperlink" Target="https://www.axios.com/2025/05/30/nyt-amazon-ai-licensing-deal" TargetMode="External"/><Relationship Id="rId12" Type="http://schemas.openxmlformats.org/officeDocument/2006/relationships/hyperlink" Target="https://www.creativebloq.com/news/just-eats-ai-apocalypse-raises-a-pretty-obvious-question" TargetMode="External"/><Relationship Id="rId13" Type="http://schemas.openxmlformats.org/officeDocument/2006/relationships/hyperlink" Target="https://www.creativebloq.com/ai/from-amazon-to-tinder-and-reddit-tech-platforms-are-giving-users-ai-images-they-didnt-ask-for" TargetMode="External"/><Relationship Id="rId14" Type="http://schemas.openxmlformats.org/officeDocument/2006/relationships/hyperlink" Target="https://www.theatlantic.com/technology/2026/10/vibe-coders-are-clogging-app-store-slop/689150/?utm_source=openai"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