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Projekt Y launches Denmark’s AI newsroom experiment with editors still in charge</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A new Danish news outlet built around artificial intelligence is due to begin publishing on Tuesday afternoon, with Projekt Y positioning itself as an experiment in how far newsroom automation can be pushed without removing editors from the process. According to Berlingske and the project’s own launch material, the site will go live at 13:00 and start with coverage of Danish politics, business and international affairs.</w:t>
      </w:r>
      <w:r/>
    </w:p>
    <w:p>
      <w:r/>
      <w:r>
        <w:t>Michael Dyrby, the editor-in-chief, says the editorial staff will still make the decisive calls. Reporters and editors will choose the stories, decide on the angle, commission the draft and then review the text before publication, with images added only afterwards. In his description, the newsroom is using AI as a production tool rather than handing over full control to software. The project also uses AI assistants to search for possible stories in research papers, press releases and other media, much as traditional newsrooms do.</w:t>
      </w:r>
      <w:r/>
    </w:p>
    <w:p>
      <w:r/>
      <w:r>
        <w:t>Dyrby presents Projekt Y as an attempt to produce more journalism per employee, while also testing whether there is genuine demand for AI-generated news. Speaking to Berlingske, he said the venture is effectively a development project for the future, comparing it to a form of basic research. He also pointed to his own long experience in Danish media, recalling the scepticism that greeted the launch of TV 2 News in the mid-2000s, when critics doubted there was enough news in Denmark to sustain a round-the-clock channel.</w:t>
      </w:r>
      <w:r/>
    </w:p>
    <w:p>
      <w:r/>
      <w:r>
        <w:t>The project’s tone is explicitly centre-right, though Dyrby says it is not meant to be rigidly ideological. He described the editorial focus as centred on freedom, community, self-determination and progress, with an emphasis on what he called anti-Janteloven stories, meaning accounts of people who achieve something unusual or noteworthy. The intended audience is adults roughly between 28 and 60 who, he argues, may want a different kind of free news service.</w:t>
      </w:r>
      <w:r/>
    </w:p>
    <w:p>
      <w:r/>
      <w:r>
        <w:t>Projekt Y is also being framed as more than a single news site. According to its launch information, the longer-term ambition is to build a technology platform that could eventually help others create their own media outlets, with plans to expand into sports, culture and other subjects later. An article published in June by Medietrends said this broader strategy has already prompted debate over whether AI-produced journalism should qualify for media support, while a separate profile in April described the venture as backed by investors from finance and technology, including Lars Seier Christensen and Lars Tvede. Projekt Y has also received media support and plans to carry advertising.</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9">
        <w:r>
          <w:rPr>
            <w:color w:val="0000EE"/>
            <w:u w:val="single"/>
          </w:rPr>
          <w:t>[1]</w:t>
        </w:r>
      </w:hyperlink>
      <w:r>
        <w:t xml:space="preserve">, </w:t>
      </w:r>
      <w:hyperlink r:id="rId10">
        <w:r>
          <w:rPr>
            <w:color w:val="0000EE"/>
            <w:u w:val="single"/>
          </w:rPr>
          <w:t>[2]</w:t>
        </w:r>
      </w:hyperlink>
      <w:r>
        <w:t xml:space="preserve">- Paragraph 3: </w:t>
      </w:r>
      <w:hyperlink r:id="rId9">
        <w:r>
          <w:rPr>
            <w:color w:val="0000EE"/>
            <w:u w:val="single"/>
          </w:rPr>
          <w:t>[1]</w:t>
        </w:r>
      </w:hyperlink>
      <w:r>
        <w:t xml:space="preserve">, </w:t>
      </w:r>
      <w:hyperlink r:id="rId11">
        <w:r>
          <w:rPr>
            <w:color w:val="0000EE"/>
            <w:u w:val="single"/>
          </w:rPr>
          <w:t>[3]</w:t>
        </w:r>
      </w:hyperlink>
      <w:r>
        <w:t xml:space="preserve">- Paragraph 4: </w:t>
      </w:r>
      <w:hyperlink r:id="rId9">
        <w:r>
          <w:rPr>
            <w:color w:val="0000EE"/>
            <w:u w:val="single"/>
          </w:rPr>
          <w:t>[1]</w:t>
        </w:r>
      </w:hyperlink>
      <w:r>
        <w:t xml:space="preserve">, </w:t>
      </w:r>
      <w:hyperlink r:id="rId10">
        <w:r>
          <w:rPr>
            <w:color w:val="0000EE"/>
            <w:u w:val="single"/>
          </w:rPr>
          <w:t>[2]</w:t>
        </w:r>
      </w:hyperlink>
      <w:r>
        <w:t xml:space="preserve">, </w:t>
      </w:r>
      <w:hyperlink r:id="rId12">
        <w:r>
          <w:rPr>
            <w:color w:val="0000EE"/>
            <w:u w:val="single"/>
          </w:rPr>
          <w:t>[6]</w:t>
        </w:r>
      </w:hyperlink>
      <w:r>
        <w:t xml:space="preserve">- Paragraph 5: </w:t>
      </w:r>
      <w:hyperlink r:id="rId10">
        <w:r>
          <w:rPr>
            <w:color w:val="0000EE"/>
            <w:u w:val="single"/>
          </w:rPr>
          <w:t>[2]</w:t>
        </w:r>
      </w:hyperlink>
      <w:r>
        <w:t xml:space="preserve">, </w:t>
      </w:r>
      <w:hyperlink r:id="rId12">
        <w:r>
          <w:rPr>
            <w:color w:val="0000EE"/>
            <w:u w:val="single"/>
          </w:rPr>
          <w:t>[6]</w:t>
        </w:r>
      </w:hyperlink>
      <w:r>
        <w:t xml:space="preserve">, </w:t>
      </w:r>
      <w:hyperlink r:id="rId13">
        <w:r>
          <w:rPr>
            <w:color w:val="0000EE"/>
            <w:u w:val="single"/>
          </w:rPr>
          <w:t>[7]</w:t>
        </w:r>
      </w:hyperlink>
      <w:r/>
    </w:p>
    <w:p>
      <w:r/>
      <w:r>
        <w:t xml:space="preserve">Source: </w:t>
      </w:r>
      <w:hyperlink r:id="rId14">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https://www.berlingske.dk/danmark/dansk-medie-med-nyheder-skrevet-af-kunstig-intelligens-lanceres-tirsdag?referrer=RSS</w:t>
        </w:r>
      </w:hyperlink>
      <w:r>
        <w:t xml:space="preserve"> - Please view link - unable to able to access data</w:t>
      </w:r>
      <w:r/>
    </w:p>
    <w:p>
      <w:pPr>
        <w:pStyle w:val="ListNumber"/>
        <w:spacing w:line="240" w:lineRule="auto"/>
        <w:ind w:left="720"/>
      </w:pPr>
      <w:r/>
      <w:hyperlink r:id="rId10">
        <w:r>
          <w:rPr>
            <w:color w:val="0000EE"/>
            <w:u w:val="single"/>
          </w:rPr>
          <w:t>https://projekty.dk/</w:t>
        </w:r>
      </w:hyperlink>
      <w:r>
        <w:t xml:space="preserve"> - Projekt Y is a new Danish digital news media launching on October 27, 2026, at 13:00. The platform offers AI-assisted news selection, with editors curating content and AI generating drafts, which are then reviewed and published by the editorial team. The initiative aims to enhance quality journalism per employee and democratise media creation by providing tools for others to build their own media outlets. The platform will initially cover Danish politics, business, and international news, with plans to expand into other areas over time.</w:t>
      </w:r>
      <w:r/>
    </w:p>
    <w:p>
      <w:pPr>
        <w:pStyle w:val="ListNumber"/>
        <w:spacing w:line="240" w:lineRule="auto"/>
        <w:ind w:left="720"/>
      </w:pPr>
      <w:r/>
      <w:hyperlink r:id="rId11">
        <w:r>
          <w:rPr>
            <w:color w:val="0000EE"/>
            <w:u w:val="single"/>
          </w:rPr>
          <w:t>https://www.dk-ai.dk/ritzau/05d736b0-884b-4f73-8647-069b08406756</w:t>
        </w:r>
      </w:hyperlink>
      <w:r>
        <w:t xml:space="preserve"> - An article from October 26, 2026, reports on the launch of Projekt Y, a new Danish media outlet that selects news through editors but generates content using artificial intelligence. The platform aims to create more quality journalism per employee and democratise media creation by providing tools for others to build their own media outlets. The initiative is described as a development project for the future, akin to basic research, with the team eager to explore the demand for AI-generated news.</w:t>
      </w:r>
      <w:r/>
    </w:p>
    <w:p>
      <w:pPr>
        <w:pStyle w:val="ListNumber"/>
        <w:spacing w:line="240" w:lineRule="auto"/>
        <w:ind w:left="720"/>
      </w:pPr>
      <w:r/>
      <w:hyperlink r:id="rId15">
        <w:r>
          <w:rPr>
            <w:color w:val="0000EE"/>
            <w:u w:val="single"/>
          </w:rPr>
          <w:t>https://www.dk-sundhed.dk/ritzau/8fb5f18c-16e5-4cac-a323-761b823099fa</w:t>
        </w:r>
      </w:hyperlink>
      <w:r>
        <w:t xml:space="preserve"> - This article from October 26, 2026, discusses the launch of Projekt Y, a new Danish media outlet that selects news through editors but generates content using artificial intelligence. The platform aims to create more quality journalism per employee and democratise media creation by providing tools for others to build their own media outlets. The initiative is described as a development project for the future, akin to basic research, with the team eager to explore the demand for AI-generated news.</w:t>
      </w:r>
      <w:r/>
    </w:p>
    <w:p>
      <w:pPr>
        <w:pStyle w:val="ListNumber"/>
        <w:spacing w:line="240" w:lineRule="auto"/>
        <w:ind w:left="720"/>
      </w:pPr>
      <w:r/>
      <w:hyperlink r:id="rId16">
        <w:r>
          <w:rPr>
            <w:color w:val="0000EE"/>
            <w:u w:val="single"/>
          </w:rPr>
          <w:t>https://www.dksocial.dk/ritzau/fc18a3a3-d1c7-4a56-9f4b-f0b6eb7a5fec</w:t>
        </w:r>
      </w:hyperlink>
      <w:r>
        <w:t xml:space="preserve"> - An article from October 26, 2026, reports on the launch of Projekt Y, a new Danish media outlet that selects news through editors but generates content using artificial intelligence. The platform aims to create more quality journalism per employee and democratise media creation by providing tools for others to build their own media outlets. The initiative is described as a development project for the future, akin to basic research, with the team eager to explore the demand for AI-generated news.</w:t>
      </w:r>
      <w:r/>
    </w:p>
    <w:p>
      <w:pPr>
        <w:pStyle w:val="ListNumber"/>
        <w:spacing w:line="240" w:lineRule="auto"/>
        <w:ind w:left="720"/>
      </w:pPr>
      <w:r/>
      <w:hyperlink r:id="rId12">
        <w:r>
          <w:rPr>
            <w:color w:val="0000EE"/>
            <w:u w:val="single"/>
          </w:rPr>
          <w:t>https://www.medietrends.dk/2026/06/04/lex-projekt-y-kan-ramme-alle-medier/</w:t>
        </w:r>
      </w:hyperlink>
      <w:r>
        <w:t xml:space="preserve"> - An article from June 4, 2026, discusses the potential impact of Projekt Y on all media outlets. It highlights concerns that a new government proposal to withhold media support from AI-generated news could affect all media, as many are increasingly using AI in their operations. The article questions the definition of 'AI-generated' news and its implications for media support.</w:t>
      </w:r>
      <w:r/>
    </w:p>
    <w:p>
      <w:pPr>
        <w:pStyle w:val="ListNumber"/>
        <w:spacing w:line="240" w:lineRule="auto"/>
        <w:ind w:left="720"/>
      </w:pPr>
      <w:r/>
      <w:hyperlink r:id="rId13">
        <w:r>
          <w:rPr>
            <w:color w:val="0000EE"/>
            <w:u w:val="single"/>
          </w:rPr>
          <w:t>https://www.ai-portalen.dk/projekt-y-vil-ikke-bare-lave-et-medie-de-vil-eje-maskinen-bag/</w:t>
        </w:r>
      </w:hyperlink>
      <w:r>
        <w:t xml:space="preserve"> - An article from April 30, 2026, explores Projekt Y's ambition to not only create a media outlet but also own the underlying technology. The initiative aims to build a comprehensive system where media production, distribution, and licensable technology are integrated, with the media outlet serving as a visible part of a larger infrastructure. The project is backed by investors from finance and tech sectors, including Lars Seier Christensen and Lars Tvede.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berlingske.dk/danmark/dansk-medie-med-nyheder-skrevet-af-kunstig-intelligens-lanceres-tirsdag?referrer=RSS" TargetMode="External"/><Relationship Id="rId10" Type="http://schemas.openxmlformats.org/officeDocument/2006/relationships/hyperlink" Target="https://projekty.dk/" TargetMode="External"/><Relationship Id="rId11" Type="http://schemas.openxmlformats.org/officeDocument/2006/relationships/hyperlink" Target="https://www.dk-ai.dk/ritzau/05d736b0-884b-4f73-8647-069b08406756" TargetMode="External"/><Relationship Id="rId12" Type="http://schemas.openxmlformats.org/officeDocument/2006/relationships/hyperlink" Target="https://www.medietrends.dk/2026/06/04/lex-projekt-y-kan-ramme-alle-medier/" TargetMode="External"/><Relationship Id="rId13" Type="http://schemas.openxmlformats.org/officeDocument/2006/relationships/hyperlink" Target="https://www.ai-portalen.dk/projekt-y-vil-ikke-bare-lave-et-medie-de-vil-eje-maskinen-bag/" TargetMode="External"/><Relationship Id="rId14" Type="http://schemas.openxmlformats.org/officeDocument/2006/relationships/hyperlink" Target="https://www.noahwire.com" TargetMode="External"/><Relationship Id="rId15" Type="http://schemas.openxmlformats.org/officeDocument/2006/relationships/hyperlink" Target="https://www.dk-sundhed.dk/ritzau/8fb5f18c-16e5-4cac-a323-761b823099fa" TargetMode="External"/><Relationship Id="rId16" Type="http://schemas.openxmlformats.org/officeDocument/2006/relationships/hyperlink" Target="https://www.dksocial.dk/ritzau/fc18a3a3-d1c7-4a56-9f4b-f0b6eb7a5fe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