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Just Eat pauses AI menu image trial after bacon-and-egg soda bread becomes floating ingredients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Just Eat has paused a trial of AI-generated menu images after the system produced a string of wildly inaccurate food pictures, including a Northern Ireland café’s bacon-and-egg soda bread being rendered as breakfast ingredients floating in a glass of cola. According to reports from the platform, the feature was intended to help restaurants that lacked their own photographs present fuller menus online, but the results quickly became a source of ridicule and confusion. </w:t>
      </w:r>
      <w:r/>
    </w:p>
    <w:p>
      <w:r/>
      <w:r>
        <w:t xml:space="preserve">The idea behind the experiment was straightforward enough: many small independent restaurants cannot afford professional food photography, so an automated stopgap seemed a practical way to fill the gaps. Just Eat said the images were labelled as AI-generated and were manually reviewed before publication, but the examples that circulated online suggested that some prompts were interpreted with alarming literalism. Dishes described as “jacket potato”, “tiger prawn” and “garlic bread plain” reportedly emerged as a coat covered in potatoes, tiger cubs in sauce and an aircraft made of garlic bread. </w:t>
      </w:r>
      <w:r/>
    </w:p>
    <w:p>
      <w:r/>
      <w:r>
        <w:t xml:space="preserve">The Independent reported that other examples included sausage soda bread turned into meat suspended in a fizzy drink, while salt-and-pepper chips were shown as plain potato snacks. The paper said customers reacted with bemusement on social media as the images spread, adding to the sense that the tool had misunderstood not just individual dish names but the wider culinary context in which they were being used. </w:t>
      </w:r>
      <w:r/>
    </w:p>
    <w:p>
      <w:r/>
      <w:r>
        <w:t xml:space="preserve">Just Eat has acknowledged the mistakes, apologised and said it is removing the incorrect images while it continues to develop the product. Resultsense reported that the company has also taken the decision to suspend the trial entirely for now, after customers shared the most glaring failures online. The delivery group is understood to have used the restaurants’ own menu wording as prompts, which may help explain why ambiguous or regional names were sometimes read far too literally. </w:t>
      </w:r>
      <w:r/>
    </w:p>
    <w:p>
      <w:r/>
      <w:r>
        <w:t xml:space="preserve">The episode highlights a broader tension in the rush to deploy generative AI in consumer-facing services: even when the aim is modest, the reputational cost of a mistake can fall on businesses that had little or nothing to do with the error. In this case, that means restaurant owners whose menus were publicly paired with images they did not commission and could not control. Just Eat says the underlying concept remains under review, but any return will need stronger safeguards, better human oversight and a much better grasp of what a soda bread actually is.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10">
        <w:r>
          <w:rPr>
            <w:color w:val="0000EE"/>
            <w:u w:val="single"/>
          </w:rPr>
          <w:t>[3]</w:t>
        </w:r>
      </w:hyperlink>
      <w:r>
        <w:t xml:space="preserve">- Paragraph 4: </w:t>
      </w:r>
      <w:hyperlink r:id="rId12">
        <w:r>
          <w:rPr>
            <w:color w:val="0000EE"/>
            <w:u w:val="single"/>
          </w:rPr>
          <w:t>[4]</w:t>
        </w:r>
      </w:hyperlink>
      <w:r>
        <w:t xml:space="preserve">, </w:t>
      </w:r>
      <w:hyperlink r:id="rId11">
        <w:r>
          <w:rPr>
            <w:color w:val="0000EE"/>
            <w:u w:val="single"/>
          </w:rPr>
          <w:t>[5]</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2">
        <w:r>
          <w:rPr>
            <w:color w:val="0000EE"/>
            <w:u w:val="single"/>
          </w:rPr>
          <w:t>[4]</w:t>
        </w:r>
      </w:hyperlink>
      <w:r>
        <w:t xml:space="preserve">, </w:t>
      </w:r>
      <w:hyperlink r:id="rId14">
        <w:r>
          <w:rPr>
            <w:color w:val="0000EE"/>
            <w:u w:val="single"/>
          </w:rPr>
          <w:t>[6]</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https://www.gadgetreview.com/just-eats-ai-menu-photos-gave-diners-tiger-cubs-airplanes-and-jackets</w:t>
        </w:r>
      </w:hyperlink>
      <w:r>
        <w:t xml:space="preserve"> - Please view link - unable to able to access data</w:t>
      </w:r>
      <w:r/>
    </w:p>
    <w:p>
      <w:pPr>
        <w:pStyle w:val="ListNumber"/>
        <w:spacing w:line="240" w:lineRule="auto"/>
        <w:ind w:left="720"/>
      </w:pPr>
      <w:r/>
      <w:hyperlink r:id="rId9">
        <w:r>
          <w:rPr>
            <w:color w:val="0000EE"/>
            <w:u w:val="single"/>
          </w:rPr>
          <w:t>https://www.gadgetreview.com/just-eats-ai-menu-photos-gave-diners-tiger-cubs-airplanes-and-jackets</w:t>
        </w:r>
      </w:hyperlink>
      <w:r>
        <w:t xml:space="preserve"> - Just Eat's AI-generated menu images misinterpreted dish names, producing surreal results like tiger cubs in sauce and garlic bread airplanes. Despite manual reviews, these errors led to customer confusion and reputational damage for restaurants. Just Eat paused the AI tool to address these issues and prevent further inaccuracies.</w:t>
      </w:r>
      <w:r/>
    </w:p>
    <w:p>
      <w:pPr>
        <w:pStyle w:val="ListNumber"/>
        <w:spacing w:line="240" w:lineRule="auto"/>
        <w:ind w:left="720"/>
      </w:pPr>
      <w:r/>
      <w:hyperlink r:id="rId10">
        <w:r>
          <w:rPr>
            <w:color w:val="0000EE"/>
            <w:u w:val="single"/>
          </w:rPr>
          <w:t>https://www.the-independent.com/bulletin/news/just-eat-menu-ai-food-images-apology-b3069321.html</w:t>
        </w:r>
      </w:hyperlink>
      <w:r>
        <w:t xml:space="preserve"> - Just Eat paused its AI-enhanced menu images after the technology produced bizarre and inaccurate photos of dishes. The delivery app used AI to illustrate menu items for restaurants lacking photographs, labelling the resulting images as AI-generated. Erroneous illustrations included sausage soda bread depicted as meat floating in a fizzy drink and salt and pepper chips rendered as plain potato snacks. Customers expressed bemusement on social media after noticing the strange food depictions on the platform. Just Eat apologised for the inaccurate images and confirmed it is removing them while it further develops the tool.</w:t>
      </w:r>
      <w:r/>
    </w:p>
    <w:p>
      <w:pPr>
        <w:pStyle w:val="ListNumber"/>
        <w:spacing w:line="240" w:lineRule="auto"/>
        <w:ind w:left="720"/>
      </w:pPr>
      <w:r/>
      <w:hyperlink r:id="rId12">
        <w:r>
          <w:rPr>
            <w:color w:val="0000EE"/>
            <w:u w:val="single"/>
          </w:rPr>
          <w:t>https://www.resultsense.com/news/2026-10-21-just-eat-pauses-ai-menu-images/</w:t>
        </w:r>
      </w:hyperlink>
      <w:r>
        <w:t xml:space="preserve"> - Just Eat paused a trial that turned independent takeaways' menu text into AI images and is taking them down after customers shared misfires online. The tool used independent takeaways’ own menu wording as prompts, and in several cases read the names too literally. Just Eat apologised and said it will keep developing the tool before using it again.</w:t>
      </w:r>
      <w:r/>
    </w:p>
    <w:p>
      <w:pPr>
        <w:pStyle w:val="ListNumber"/>
        <w:spacing w:line="240" w:lineRule="auto"/>
        <w:ind w:left="720"/>
      </w:pPr>
      <w:r/>
      <w:hyperlink r:id="rId11">
        <w:r>
          <w:rPr>
            <w:color w:val="0000EE"/>
            <w:u w:val="single"/>
          </w:rPr>
          <w:t>https://petapixel.com/2026/10/21/just-eat-food-delivery-app-apologizes-for-ai-generated-menu-photo-showing-bacon-floating-in-soda/0/</w:t>
        </w:r>
      </w:hyperlink>
      <w:r>
        <w:t xml:space="preserve"> - Food delivery app Just Eat has apologised over several inaccurate AI-generated photos on menus, including a nauseating picture of bacon and eggs floating in a soda. Just Eat, which operates in the U.K., was testing out AI-generated images on menus as part of a trial across the food delivery app. The AI-generated images were being used by restaurants that hadn’t taken their own real photographs of food. Just Eat would tag each photo on the menu as “AI-generated” if this tool had been used to create the image. Just Eat has paused the trial following customer complaints about bizarre and inaccurate AI-generated menu images.</w:t>
      </w:r>
      <w:r/>
    </w:p>
    <w:p>
      <w:pPr>
        <w:pStyle w:val="ListNumber"/>
        <w:spacing w:line="240" w:lineRule="auto"/>
        <w:ind w:left="720"/>
      </w:pPr>
      <w:r/>
      <w:hyperlink r:id="rId14">
        <w:r>
          <w:rPr>
            <w:color w:val="0000EE"/>
            <w:u w:val="single"/>
          </w:rPr>
          <w:t>https://www.hypefresh.com/just-eat-apologizes-over-ai-slop-food-photos-on-restaurant-menus/</w:t>
        </w:r>
      </w:hyperlink>
      <w:r>
        <w:t xml:space="preserve"> - Just Eat is in damage-control mode after its experiment with AI-generated menu photos produced some of the most unhinged food images the internet has seen in a while. The UK delivery app had been quietly testing the feature on independent restaurants that didn’t have their own pictures. The idea was straightforward enough: photos help sell food, and a lot of smaller spots can’t afford professional shoots. Just Eat already pays for photography for some of its partners, so the AI tool was meant as a faster, cheaper fill-in. Every generated image carried an “AI generated” label, and restaurants could opt out. It did not go well. Customers started spotting the results in mid-October and immediately started posting them. A Northern Ireland cafe’s “bacon and egg soda” — a breakfast sandwich on soda bread — showed up as bacon, sausages, and a fried egg floating in a glass of cola. One commenter dryly noted that the images “just helped my diet.”</w:t>
      </w:r>
      <w:r/>
    </w:p>
    <w:p>
      <w:pPr>
        <w:pStyle w:val="ListNumber"/>
        <w:spacing w:line="240" w:lineRule="auto"/>
        <w:ind w:left="720"/>
      </w:pPr>
      <w:r/>
      <w:hyperlink r:id="rId13">
        <w:r>
          <w:rPr>
            <w:color w:val="0000EE"/>
            <w:u w:val="single"/>
          </w:rPr>
          <w:t>https://tldrocket.com/story/just-eat-apologises-for-ai-food-mistakes-after-social-media-ridicule</w:t>
        </w:r>
      </w:hyperlink>
      <w:r>
        <w:t xml:space="preserve"> - Just Eat apologised after its AI-made food pictures were mocked online for turning ordinary menu items into odd little disasters. The delivery app had been testing the technology to fill in missing photos for restaurants, but some of the results were wildly off: bacon and eggs in a glass of cola, chips stuffed into muffins, even a cheese roll turned into something like sushi. A Just Eat spokesperson said the company was removing the wrong images and would pause making new ones until the system is improved. The company said it works with tens of thousands of small restaurants on food imagery, and that it also funds professional local photographers. AI-enhanced images were only a trial, the spokesperson said, and new technology does not always get things right first time.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dgetreview.com/just-eats-ai-menu-photos-gave-diners-tiger-cubs-airplanes-and-jackets" TargetMode="External"/><Relationship Id="rId10" Type="http://schemas.openxmlformats.org/officeDocument/2006/relationships/hyperlink" Target="https://www.the-independent.com/bulletin/news/just-eat-menu-ai-food-images-apology-b3069321.html" TargetMode="External"/><Relationship Id="rId11" Type="http://schemas.openxmlformats.org/officeDocument/2006/relationships/hyperlink" Target="https://petapixel.com/2026/10/21/just-eat-food-delivery-app-apologizes-for-ai-generated-menu-photo-showing-bacon-floating-in-soda/0/" TargetMode="External"/><Relationship Id="rId12" Type="http://schemas.openxmlformats.org/officeDocument/2006/relationships/hyperlink" Target="https://www.resultsense.com/news/2026-10-21-just-eat-pauses-ai-menu-images/" TargetMode="External"/><Relationship Id="rId13" Type="http://schemas.openxmlformats.org/officeDocument/2006/relationships/hyperlink" Target="https://tldrocket.com/story/just-eat-apologises-for-ai-food-mistakes-after-social-media-ridicule" TargetMode="External"/><Relationship Id="rId14" Type="http://schemas.openxmlformats.org/officeDocument/2006/relationships/hyperlink" Target="https://www.hypefresh.com/just-eat-apologizes-over-ai-slop-food-photos-on-restaurant-menus/"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