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Weather Company co-pilot turns one forecast into stories for every screen</w:t>
      </w:r>
      <w:r/>
    </w:p>
    <w:p>
      <w:r/>
      <w:r/>
    </w:p>
    <w:p>
      <w:r>
        <w:drawing>
          <wp:inline xmlns:a="http://schemas.openxmlformats.org/drawingml/2006/main" xmlns:pic="http://schemas.openxmlformats.org/drawingml/2006/picture">
            <wp:extent cx="5080000" cy="338666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386667"/>
                    </a:xfrm>
                    <a:prstGeom prst="rect"/>
                  </pic:spPr>
                </pic:pic>
              </a:graphicData>
            </a:graphic>
          </wp:inline>
        </w:drawing>
      </w:r>
    </w:p>
    <w:p>
      <w:r/>
      <w:r>
        <w:t>The Weather Company has introduced Weather Story Assist, a new AI-driven co-pilot designed to help local weather teams turn a single forecast into tailored stories for linear television, streaming, websites, social platforms and mobile apps. According to the company, the tool sits inside its Max Cloud platform and is intended to speed up story preparation while helping broadcasters produce more distinctive local output without adding staff.</w:t>
      </w:r>
      <w:r/>
    </w:p>
    <w:p>
      <w:r/>
      <w:r>
        <w:t>The system is built to search for supporting material behind a forecast, surfacing historical context, record data and possible story angles that can be traced back to their source. It also scans a station group’s secure Max Cloud library to recommend relevant scenes, graphics, archive footage and other assets in a way that reflects the outlet’s own brand and editorial style, the company said.</w:t>
      </w:r>
      <w:r/>
    </w:p>
    <w:p>
      <w:r/>
      <w:r>
        <w:t>Steve Ward, senior vice president and general manager for enterprise media at The Weather Company, said Weather Story Assist was meant to help station groups “stand out on every screen, not just the six o'clock news”. In remarks published by the company, he said the product removes much of the manual searching and preparation that can slow down newsroom workflows, while leaving local meteorologists in full control of every script, graphic and story element.</w:t>
      </w:r>
      <w:r/>
    </w:p>
    <w:p>
      <w:r/>
      <w:r>
        <w:t>The company has also said the product is being developed with additional functions, including layered personalisation, sharing content across markets and automatically adapting material for vertical formats and different platforms. It says the service operates entirely within a station group’s private Max Cloud environment and learns only from that customer’s proprietary content, brand rules and usage patterns, rather than from external customers or shared datasets.</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w:t>
      </w:r>
      <w:hyperlink r:id="rId12">
        <w:r>
          <w:rPr>
            <w:color w:val="0000EE"/>
            <w:u w:val="single"/>
          </w:rPr>
          <w:t>[4]</w:t>
        </w:r>
      </w:hyperlink>
      <w:r>
        <w:t xml:space="preserve">- Paragraph 2: </w:t>
      </w:r>
      <w:hyperlink r:id="rId10">
        <w:r>
          <w:rPr>
            <w:color w:val="0000EE"/>
            <w:u w:val="single"/>
          </w:rPr>
          <w:t>[2]</w:t>
        </w:r>
      </w:hyperlink>
      <w:r>
        <w:t xml:space="preserve">, </w:t>
      </w:r>
      <w:hyperlink r:id="rId13">
        <w:r>
          <w:rPr>
            <w:color w:val="0000EE"/>
            <w:u w:val="single"/>
          </w:rPr>
          <w:t>[5]</w:t>
        </w:r>
      </w:hyperlink>
      <w:r>
        <w:t xml:space="preserve">, </w:t>
      </w:r>
      <w:hyperlink r:id="rId14">
        <w:r>
          <w:rPr>
            <w:color w:val="0000EE"/>
            <w:u w:val="single"/>
          </w:rPr>
          <w:t>[7]</w:t>
        </w:r>
      </w:hyperlink>
      <w:r>
        <w:t xml:space="preserve">- Paragraph 3: </w:t>
      </w:r>
      <w:hyperlink r:id="rId9">
        <w:r>
          <w:rPr>
            <w:color w:val="0000EE"/>
            <w:u w:val="single"/>
          </w:rPr>
          <w:t>[1]</w:t>
        </w:r>
      </w:hyperlink>
      <w:r>
        <w:t xml:space="preserve">, </w:t>
      </w:r>
      <w:hyperlink r:id="rId11">
        <w:r>
          <w:rPr>
            <w:color w:val="0000EE"/>
            <w:u w:val="single"/>
          </w:rPr>
          <w:t>[3]</w:t>
        </w:r>
      </w:hyperlink>
      <w:r>
        <w:t xml:space="preserve">, </w:t>
      </w:r>
      <w:hyperlink r:id="rId12">
        <w:r>
          <w:rPr>
            <w:color w:val="0000EE"/>
            <w:u w:val="single"/>
          </w:rPr>
          <w:t>[4]</w:t>
        </w:r>
      </w:hyperlink>
      <w:r>
        <w:t xml:space="preserve">- Paragraph 4: </w:t>
      </w:r>
      <w:hyperlink r:id="rId9">
        <w:r>
          <w:rPr>
            <w:color w:val="0000EE"/>
            <w:u w:val="single"/>
          </w:rPr>
          <w:t>[1]</w:t>
        </w:r>
      </w:hyperlink>
      <w:r>
        <w:t xml:space="preserve">, </w:t>
      </w:r>
      <w:hyperlink r:id="rId15">
        <w:r>
          <w:rPr>
            <w:color w:val="0000EE"/>
            <w:u w:val="single"/>
          </w:rPr>
          <w:t>[6]</w:t>
        </w:r>
      </w:hyperlink>
      <w:r>
        <w:t xml:space="preserve">, </w:t>
      </w:r>
      <w:hyperlink r:id="rId14">
        <w:r>
          <w:rPr>
            <w:color w:val="0000EE"/>
            <w:u w:val="single"/>
          </w:rPr>
          <w:t>[7]</w:t>
        </w:r>
      </w:hyperlink>
      <w:r/>
    </w:p>
    <w:p>
      <w:r/>
      <w:r>
        <w:t xml:space="preserve">Source: </w:t>
      </w:r>
      <w:hyperlink r:id="rId16">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https://www.tvtechnology.com/platform/broadcast/the-weather-company-unveils-weather-story-assist</w:t>
        </w:r>
      </w:hyperlink>
      <w:r>
        <w:t xml:space="preserve"> - Please view link - unable to able to access data</w:t>
      </w:r>
      <w:r/>
    </w:p>
    <w:p>
      <w:pPr>
        <w:pStyle w:val="ListNumber"/>
        <w:spacing w:line="240" w:lineRule="auto"/>
        <w:ind w:left="720"/>
      </w:pPr>
      <w:r/>
      <w:hyperlink r:id="rId10">
        <w:r>
          <w:rPr>
            <w:color w:val="0000EE"/>
            <w:u w:val="single"/>
          </w:rPr>
          <w:t>https://www.weathercompany.com/media/weather-story-assist/</w:t>
        </w:r>
      </w:hyperlink>
      <w:r>
        <w:t xml:space="preserve"> - The Weather Company has introduced Weather Story Assist, an AI-powered co-pilot integrated into the Max Cloud platform. This tool enables meteorologists to rapidly generate localized weather narratives by automatically sourcing historical data, record information, and compelling story angles. It also intelligently searches and suggests relevant assets from a station's Max Cloud library, streamlining content creation for linear TV, streaming, web, social, and mobile platforms. Importantly, local meteorologists maintain full editorial control over all content produced, ensuring accuracy and relevance.</w:t>
      </w:r>
      <w:r/>
    </w:p>
    <w:p>
      <w:pPr>
        <w:pStyle w:val="ListNumber"/>
        <w:spacing w:line="240" w:lineRule="auto"/>
        <w:ind w:left="720"/>
      </w:pPr>
      <w:r/>
      <w:hyperlink r:id="rId11">
        <w:r>
          <w:rPr>
            <w:color w:val="0000EE"/>
            <w:u w:val="single"/>
          </w:rPr>
          <w:t>https://www.weathercompany.com/news/the-weather-company-launches-weather-story-assist/</w:t>
        </w:r>
      </w:hyperlink>
      <w:r>
        <w:t xml:space="preserve"> - The Weather Company has launched Weather Story Assist, an AI-driven storytelling co-pilot available on the Max Cloud platform. This innovation transforms a single forecast into distinctive, localized stories across various platforms, including linear television, streaming, web, social, and mobile. By automating content curation, Weather Story Assist allows stations to produce higher-quality, differentiated content and expand their digital reach without increasing staff. Crucially, local meteorologists retain complete editorial authority over every story, graphic, and script created.</w:t>
      </w:r>
      <w:r/>
    </w:p>
    <w:p>
      <w:pPr>
        <w:pStyle w:val="ListNumber"/>
        <w:spacing w:line="240" w:lineRule="auto"/>
        <w:ind w:left="720"/>
      </w:pPr>
      <w:r/>
      <w:hyperlink r:id="rId12">
        <w:r>
          <w:rPr>
            <w:color w:val="0000EE"/>
            <w:u w:val="single"/>
          </w:rPr>
          <w:t>https://www.prnewswire.com/news-releases/the-weather-company-launches-weather-story-assist-to-transform-weather-content-creation-across-screens-302912744.html</w:t>
        </w:r>
      </w:hyperlink>
      <w:r>
        <w:t xml:space="preserve"> - The Weather Company has unveiled Weather Story Assist, an AI-powered storytelling co-pilot on the Max Cloud platform. This tool enables station groups to create distinctive, efficient, and scalable weather content while keeping local meteorologists in full editorial control. Weather Story Assist streamlines preparation and asset discovery, allowing stations to produce higher-quality, differentiated content and expand their digital reach without increasing headcount. It turns a single forecast into localized stories for linear television, streaming, web, social, and mobile platforms.</w:t>
      </w:r>
      <w:r/>
    </w:p>
    <w:p>
      <w:pPr>
        <w:pStyle w:val="ListNumber"/>
        <w:spacing w:line="240" w:lineRule="auto"/>
        <w:ind w:left="720"/>
      </w:pPr>
      <w:r/>
      <w:hyperlink r:id="rId13">
        <w:r>
          <w:rPr>
            <w:color w:val="0000EE"/>
            <w:u w:val="single"/>
          </w:rPr>
          <w:t>https://tvnewscheck.com/tech/article/weather-company-launches-weather-story-assist-for-station-groups/</w:t>
        </w:r>
      </w:hyperlink>
      <w:r>
        <w:t xml:space="preserve"> - The Weather Company has launched Weather Story Assist, an AI-powered storytelling tool on its Max Cloud platform. Designed to help station groups create weather content for television, streaming, web, social, and mobile platforms, the tool turns a single forecast into localized stories while leaving editorial decisions to local meteorologists. Weather Story Assist streamlines preparation and asset discovery, allowing stations to produce higher-quality, differentiated content and expand their digital reach without increasing headcount.</w:t>
      </w:r>
      <w:r/>
    </w:p>
    <w:p>
      <w:pPr>
        <w:pStyle w:val="ListNumber"/>
        <w:spacing w:line="240" w:lineRule="auto"/>
        <w:ind w:left="720"/>
      </w:pPr>
      <w:r/>
      <w:hyperlink r:id="rId15">
        <w:r>
          <w:rPr>
            <w:color w:val="0000EE"/>
            <w:u w:val="single"/>
          </w:rPr>
          <w:t>https://www.weathercompany.com/media/max-on-demand/</w:t>
        </w:r>
      </w:hyperlink>
      <w:r>
        <w:t xml:space="preserve"> - Max On Demand is a cloud-native solution from The Weather Company that enables weather storytellers to create and dynamically scale weather production from anywhere across any platform. It modernizes newsroom operations for a scalable, digital-first future, allowing meteorologists to create and collaborate on high-quality weather stories from any browser, anywhere. Max On Demand removes the friction associated with traditional hardware, providing a flexible, cloud-based broadcasting solution.</w:t>
      </w:r>
      <w:r/>
    </w:p>
    <w:p>
      <w:pPr>
        <w:pStyle w:val="ListNumber"/>
        <w:spacing w:line="240" w:lineRule="auto"/>
        <w:ind w:left="720"/>
      </w:pPr>
      <w:r/>
      <w:hyperlink r:id="rId14">
        <w:r>
          <w:rPr>
            <w:color w:val="0000EE"/>
            <w:u w:val="single"/>
          </w:rPr>
          <w:t>https://www.weathercompany.com/media/max-cloud/</w:t>
        </w:r>
      </w:hyperlink>
      <w:r>
        <w:t xml:space="preserve"> - Max Cloud is a cloud-based broadcasting and collaboration platform from The Weather Company that streamlines broadcasting workflows. It allows meteorologists to create and collaborate on high-quality weather stories from any browser, anywhere, and scale resources instantly for breaking weather. Max Cloud modernizes newsroom operations for a scalable, digital-first future, eliminating the need for traditional hardware and providing a centralized, managed broadcasting service.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vtechnology.com/platform/broadcast/the-weather-company-unveils-weather-story-assist" TargetMode="External"/><Relationship Id="rId10" Type="http://schemas.openxmlformats.org/officeDocument/2006/relationships/hyperlink" Target="https://www.weathercompany.com/media/weather-story-assist/" TargetMode="External"/><Relationship Id="rId11" Type="http://schemas.openxmlformats.org/officeDocument/2006/relationships/hyperlink" Target="https://www.weathercompany.com/news/the-weather-company-launches-weather-story-assist/" TargetMode="External"/><Relationship Id="rId12" Type="http://schemas.openxmlformats.org/officeDocument/2006/relationships/hyperlink" Target="https://www.prnewswire.com/news-releases/the-weather-company-launches-weather-story-assist-to-transform-weather-content-creation-across-screens-302912744.html" TargetMode="External"/><Relationship Id="rId13" Type="http://schemas.openxmlformats.org/officeDocument/2006/relationships/hyperlink" Target="https://tvnewscheck.com/tech/article/weather-company-launches-weather-story-assist-for-station-groups/" TargetMode="External"/><Relationship Id="rId14" Type="http://schemas.openxmlformats.org/officeDocument/2006/relationships/hyperlink" Target="https://www.weathercompany.com/media/max-cloud/" TargetMode="External"/><Relationship Id="rId15" Type="http://schemas.openxmlformats.org/officeDocument/2006/relationships/hyperlink" Target="https://www.weathercompany.com/media/max-on-demand/" TargetMode="External"/><Relationship Id="rId16" Type="http://schemas.openxmlformats.org/officeDocument/2006/relationships/hyperlink" Target="https://www.noahwire.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