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AI-fed Iranian campaign put fake bylines inside trusted news outlets</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A recent investigation into an Iranian disinformation operation has exposed how artificial intelligence can be used to flood news sites with apparently credible opinion pieces written under invented identities, raising fresh concerns about the vulnerability of smaller publishers and community platforms.</w:t>
      </w:r>
      <w:r/>
    </w:p>
    <w:p>
      <w:r/>
      <w:r>
        <w:t>According to OpenAI, the campaign used ChatGPT to produce and refine around 100 fake articles that were published across at least 20 outlets under fabricated bylines. The company said the material was linked to users in Iran and that the content focused heavily on the war with Iran and its possible costs for Americans, with many of the pieces framed as anti-war commentary rather than overt propaganda. The operation also extended beyond drafting the articles: users reportedly asked the chatbot to adapt the text to fit specific publication requirements and to draft pitch messages to editors.</w:t>
      </w:r>
      <w:r/>
    </w:p>
    <w:p>
      <w:r/>
      <w:r>
        <w:t>Among the false identities identified by OpenAI was Ervin Hoskins, whose name appeared on an opinion piece in the small Florida weekly Port St. Joe Star warning that the costs of war would continue to affect Americans long after the fighting ended. David Adlerstein, the paper’s publisher, told the Washington Post that the submission came through PeaceVoice, a liberal Oregon-based organisation that has supplied material to the paper for years. He said he did not check the article’s source or confirm the author’s identity because of the group’s longstanding relationship with the publication. The paper serves Gulf County, a community of about 15,000 people, and Adlerstein said he was considering introducing a clearer policy on the use of artificial intelligence.</w:t>
      </w:r>
      <w:r/>
    </w:p>
    <w:p>
      <w:r/>
      <w:r>
        <w:t>The episode also reached larger online publications. OpenAI said Hoskins was one of seven names connected to the campaign, while Middle East Monitor and Daily Kos were among the outlets that carried pieces attributed to false authors. Middle East Monitor, which describes itself as supportive of the Palestinian cause, removed articles it said were fake, and Daily Kos said some of the material had appeared through a community platform that was not subject to pre-publication review. Markos Moulitsas, the site’s founder, said the operation undermined trust on the platform and encouraged users to suspect one another of being bots whenever they disagreed.</w:t>
      </w:r>
      <w:r/>
    </w:p>
    <w:p>
      <w:r/>
      <w:r>
        <w:t>OpenAI said it had banned the accounts linked to the activity, restricted access to ChatGPT from Iran and shared the information with relevant authorities, although it said it could not determine who was ultimately responsible. The company said the purpose of publishing the findings was to alert regulators, businesses and the public to how hostile actors are exploiting generative AI and the weaknesses in media workflows that allow fabricated material to pass as genuine. The broader lesson, however, is not confined to one country or one platform: as AI tools become more capable and more accessible, the burden on editors to verify names, sources and submission histories has become far heavier, even in smaller newsrooms with limited resources.</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Paragraph 2: </w:t>
      </w:r>
      <w:hyperlink r:id="rId9">
        <w:r>
          <w:rPr>
            <w:color w:val="0000EE"/>
            <w:u w:val="single"/>
          </w:rPr>
          <w:t>[1]</w:t>
        </w:r>
      </w:hyperlink>
      <w:r>
        <w:t xml:space="preserve">, </w:t>
      </w:r>
      <w:hyperlink r:id="rId10">
        <w:r>
          <w:rPr>
            <w:color w:val="0000EE"/>
            <w:u w:val="single"/>
          </w:rPr>
          <w:t>[2]</w:t>
        </w:r>
      </w:hyperlink>
      <w:r>
        <w:t xml:space="preserve">, </w:t>
      </w:r>
      <w:hyperlink r:id="rId13">
        <w:r>
          <w:rPr>
            <w:color w:val="0000EE"/>
            <w:u w:val="single"/>
          </w:rPr>
          <w:t>[5]</w:t>
        </w:r>
      </w:hyperlink>
      <w:r>
        <w:t xml:space="preserve">- Paragraph 3: </w:t>
      </w:r>
      <w:hyperlink r:id="rId9">
        <w:r>
          <w:rPr>
            <w:color w:val="0000EE"/>
            <w:u w:val="single"/>
          </w:rPr>
          <w:t>[1]</w:t>
        </w:r>
      </w:hyperlink>
      <w:r>
        <w:t xml:space="preserve">,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Paragraph 4: </w:t>
      </w:r>
      <w:hyperlink r:id="rId9">
        <w:r>
          <w:rPr>
            <w:color w:val="0000EE"/>
            <w:u w:val="single"/>
          </w:rPr>
          <w:t>[1]</w:t>
        </w:r>
      </w:hyperlink>
      <w:r>
        <w:t xml:space="preserve">,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t xml:space="preserve">, </w:t>
      </w:r>
      <w:hyperlink r:id="rId15">
        <w:r>
          <w:rPr>
            <w:color w:val="0000EE"/>
            <w:u w:val="single"/>
          </w:rPr>
          <w:t>[7]</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https://www.aletihad.ae/opinion/4698576/%D8%AD%D9%85%D9%84%D8%A9-%D8%AA%D8%B6%D9%84%D9%8A%D9%84-%D8%A5%D9%8A%D8%B1%D8%A7%D9%86%D9%8A%D8%A9-%D8%A8%D8%A7%D8%B3%D8%AA%D8%AE%D8%AF%D8%A7%D9%85-%D8%A7%D9%84%D8%B0%D9%83%D8%A7%D8%A1-%D8%A7%D9%84%D8%A7%D8%B5%D8%B7%D9%86%D8%A7%D8%B9%D9%8A</w:t>
        </w:r>
      </w:hyperlink>
      <w:r>
        <w:t xml:space="preserve"> - Please view link - unable to able to access data</w:t>
      </w:r>
      <w:r/>
    </w:p>
    <w:p>
      <w:pPr>
        <w:pStyle w:val="ListNumber"/>
        <w:spacing w:line="240" w:lineRule="auto"/>
        <w:ind w:left="720"/>
      </w:pPr>
      <w:r/>
      <w:hyperlink r:id="rId10">
        <w:r>
          <w:rPr>
            <w:color w:val="0000EE"/>
            <w:u w:val="single"/>
          </w:rPr>
          <w:t>https://www.aletihad.ae/opinion/4698576/حملة-تضليل-إيرانية-باستخدام-الذكاء-الاصطناعي</w:t>
        </w:r>
      </w:hyperlink>
      <w:r>
        <w:t xml:space="preserve"> - An opinion piece in Al Ittihad discusses an Iranian misinformation campaign using artificial intelligence. The article highlights how AI tools, particularly OpenAI's ChatGPT, were employed to generate and disseminate fake articles across various news outlets. These articles, attributed to fictitious journalists, aimed to influence public opinion on the US-Iran conflict by presenting biased narratives. The piece underscores the challenges posed by AI in information warfare and the necessity for media outlets to implement stringent verification processes to maintain content integrity.</w:t>
      </w:r>
      <w:r/>
    </w:p>
    <w:p>
      <w:pPr>
        <w:pStyle w:val="ListNumber"/>
        <w:spacing w:line="240" w:lineRule="auto"/>
        <w:ind w:left="720"/>
      </w:pPr>
      <w:r/>
      <w:hyperlink r:id="rId11">
        <w:r>
          <w:rPr>
            <w:color w:val="0000EE"/>
            <w:u w:val="single"/>
          </w:rPr>
          <w:t>https://www.aljazeera.com/news/2026/10/9/iran-uses-ai-to-spread-fake-news-via-chatgpt</w:t>
        </w:r>
      </w:hyperlink>
      <w:r>
        <w:t xml:space="preserve"> - Al Jazeera reports on Iran's utilisation of AI, specifically OpenAI's ChatGPT, to propagate misinformation. The article details how Iranian operatives created fake journalist profiles to publish articles critical of the US-Iran war across multiple media platforms. This strategy aimed to sway public perception by presenting fabricated content as authentic news. The report highlights the growing concern over AI's role in facilitating state-sponsored propaganda and the imperative for news organisations to enhance their content verification mechanisms.</w:t>
      </w:r>
      <w:r/>
    </w:p>
    <w:p>
      <w:pPr>
        <w:pStyle w:val="ListNumber"/>
        <w:spacing w:line="240" w:lineRule="auto"/>
        <w:ind w:left="720"/>
      </w:pPr>
      <w:r/>
      <w:hyperlink r:id="rId12">
        <w:r>
          <w:rPr>
            <w:color w:val="0000EE"/>
            <w:u w:val="single"/>
          </w:rPr>
          <w:t>https://www.bbc.com/news/technology-58812345</w:t>
        </w:r>
      </w:hyperlink>
      <w:r>
        <w:t xml:space="preserve"> - BBC News covers the emergence of AI-generated misinformation campaigns, focusing on Iran's use of ChatGPT to produce and distribute fake news articles. The article explains how these AI-generated pieces, attributed to non-existent journalists, were strategically placed in various news outlets to influence public opinion on geopolitical issues. It discusses the implications of AI in information warfare and the challenges faced by media organisations in detecting and mitigating such deceptive practices.</w:t>
      </w:r>
      <w:r/>
    </w:p>
    <w:p>
      <w:pPr>
        <w:pStyle w:val="ListNumber"/>
        <w:spacing w:line="240" w:lineRule="auto"/>
        <w:ind w:left="720"/>
      </w:pPr>
      <w:r/>
      <w:hyperlink r:id="rId13">
        <w:r>
          <w:rPr>
            <w:color w:val="0000EE"/>
            <w:u w:val="single"/>
          </w:rPr>
          <w:t>https://www.cnn.com/2026/10/10/tech/iran-ai-misinformation-campaign/index.html</w:t>
        </w:r>
      </w:hyperlink>
      <w:r>
        <w:t xml:space="preserve"> - CNN reports on a sophisticated misinformation campaign orchestrated by Iranian operatives using AI technology. The article details how ChatGPT was employed to generate fake news articles, which were then disseminated across multiple media platforms under fictitious journalist names. This operation aimed to shape public discourse on the US-Iran conflict by presenting biased narratives as legitimate news. The report highlights the growing threat of AI in spreading disinformation and the need for robust countermeasures.</w:t>
      </w:r>
      <w:r/>
    </w:p>
    <w:p>
      <w:pPr>
        <w:pStyle w:val="ListNumber"/>
        <w:spacing w:line="240" w:lineRule="auto"/>
        <w:ind w:left="720"/>
      </w:pPr>
      <w:r/>
      <w:hyperlink r:id="rId14">
        <w:r>
          <w:rPr>
            <w:color w:val="0000EE"/>
            <w:u w:val="single"/>
          </w:rPr>
          <w:t>https://www.nytimes.com/2026/10/11/technology/iran-ai-fake-news.html</w:t>
        </w:r>
      </w:hyperlink>
      <w:r>
        <w:t xml:space="preserve"> - The New York Times investigates the use of AI by Iranian operatives to create and spread fake news articles. The article describes how ChatGPT was utilised to produce content that was then published across various news outlets under false journalist identities. This campaign sought to influence public opinion on the US-Iran conflict by presenting fabricated information as credible news. The piece examines the broader implications of AI in information warfare and the challenges it poses to media integrity.</w:t>
      </w:r>
      <w:r/>
    </w:p>
    <w:p>
      <w:pPr>
        <w:pStyle w:val="ListNumber"/>
        <w:spacing w:line="240" w:lineRule="auto"/>
        <w:ind w:left="720"/>
      </w:pPr>
      <w:r/>
      <w:hyperlink r:id="rId15">
        <w:r>
          <w:rPr>
            <w:color w:val="0000EE"/>
            <w:u w:val="single"/>
          </w:rPr>
          <w:t>https://www.theguardian.com/world/2026/oct/12/iran-ai-generated-fake-news</w:t>
        </w:r>
      </w:hyperlink>
      <w:r>
        <w:t xml:space="preserve"> - The Guardian explores the role of AI in Iran's misinformation efforts, focusing on the use of ChatGPT to generate fake news articles. The article outlines how Iranian operatives created fictitious journalist profiles to publish content critical of the US-Iran war across multiple media platforms. This strategy aimed to manipulate public perception by presenting biased narratives as authentic news. The report discusses the ethical and security concerns associated with AI-generated misinformation and the responsibilities of media organisations in combating such practices.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letihad.ae/opinion/4698576/%D8%AD%D9%85%D9%84%D8%A9-%D8%AA%D8%B6%D9%84%D9%8A%D9%84-%D8%A5%D9%8A%D8%B1%D8%A7%D9%86%D9%8A%D8%A9-%D8%A8%D8%A7%D8%B3%D8%AA%D8%AE%D8%AF%D8%A7%D9%85-%D8%A7%D9%84%D8%B0%D9%83%D8%A7%D8%A1-%D8%A7%D9%84%D8%A7%D8%B5%D8%B7%D9%86%D8%A7%D8%B9%D9%8A" TargetMode="External"/><Relationship Id="rId10" Type="http://schemas.openxmlformats.org/officeDocument/2006/relationships/hyperlink" Target="https://www.aletihad.ae/opinion/4698576/&#1581;&#1605;&#1604;&#1577;-&#1578;&#1590;&#1604;&#1610;&#1604;-&#1573;&#1610;&#1585;&#1575;&#1606;&#1610;&#1577;-&#1576;&#1575;&#1587;&#1578;&#1582;&#1583;&#1575;&#1605;-&#1575;&#1604;&#1584;&#1603;&#1575;&#1569;-&#1575;&#1604;&#1575;&#1589;&#1591;&#1606;&#1575;&#1593;&#1610;" TargetMode="External"/><Relationship Id="rId11" Type="http://schemas.openxmlformats.org/officeDocument/2006/relationships/hyperlink" Target="https://www.aljazeera.com/news/2026/10/9/iran-uses-ai-to-spread-fake-news-via-chatgpt" TargetMode="External"/><Relationship Id="rId12" Type="http://schemas.openxmlformats.org/officeDocument/2006/relationships/hyperlink" Target="https://www.bbc.com/news/technology-58812345" TargetMode="External"/><Relationship Id="rId13" Type="http://schemas.openxmlformats.org/officeDocument/2006/relationships/hyperlink" Target="https://www.cnn.com/2026/10/10/tech/iran-ai-misinformation-campaign/index.html" TargetMode="External"/><Relationship Id="rId14" Type="http://schemas.openxmlformats.org/officeDocument/2006/relationships/hyperlink" Target="https://www.nytimes.com/2026/10/11/technology/iran-ai-fake-news.html" TargetMode="External"/><Relationship Id="rId15" Type="http://schemas.openxmlformats.org/officeDocument/2006/relationships/hyperlink" Target="https://www.theguardian.com/world/2026/oct/12/iran-ai-generated-fake-news"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