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McClatchy cuts California reporters as it builds an AI newsroom</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McClatchy Media is pressing ahead with an aggressive artificial intelligence strategy even as it cuts deeper into its California newsrooms, a combination that has intensified anxiety among journalists over what will remain of local reporting if the people who know their communities are removed and machine-written copy takes their place.</w:t>
      </w:r>
      <w:r/>
    </w:p>
    <w:p>
      <w:r/>
      <w:r>
        <w:t>The latest round of reductions hit several of the company’s California papers, including The Fresno Bee, The Sacramento Bee and The Modesto Bee, where reporters, photographers and videographers were affected. According to reporting that followed the cuts, The Fresno Bee lost seven reporters, while The Sacramento Bee shed at least ten journalists. Across the company, dozens of newsroom jobs were eliminated as McClatchy expanded its AI-focused Content Innovation Lab.</w:t>
      </w:r>
      <w:r/>
    </w:p>
    <w:p>
      <w:r/>
      <w:r>
        <w:t>That move did not arrive without warning. In a virtual town hall in May, McClatchy chief executive Tony Hunter outlined a broader plan to, in his words, "agentify the entire enterprise", according to a recording obtained by Straight Arrow News. The company has since described its lab as a "big experiment" and, in job postings, has said its future depends on embracing AI to improve productivity and experimentation.</w:t>
      </w:r>
      <w:r/>
    </w:p>
    <w:p>
      <w:r/>
      <w:r>
        <w:t>At the centre of the strategy is a chatbot that can recast staff-written stories into different lengths and formats for different audiences, while still carrying the original reporter’s byline, according to reporting on the company’s internal plans. That approach has sharpened concerns among journalists who say automation is being used not simply to assist reporting but to replace the people producing it.</w:t>
      </w:r>
      <w:r/>
    </w:p>
    <w:p>
      <w:r/>
      <w:r>
        <w:t>The reaction inside the company has been bitter. Kathleen Quinn, a civics and democracy reporter at The Modesto Bee, said on social media that she was laid off after two years and described the scale of the redundancies as devastating. Ariane Lange, an investigative reporter at The Sacramento Bee, called it the most severe wave of cuts McClatchy had seen in some time. Elsewhere in the company, a Kansas City Star reporter who kept their job dismissed the new roles in the lab as "AI content farm jobs", accusing McClatchy of favouring automated lifestyle copy over local journalism.</w:t>
      </w:r>
      <w:r/>
    </w:p>
    <w:p>
      <w:r/>
      <w:r>
        <w:t>The timing has been particularly stark in California, where local outlets already face shrinking budgets and thinner coverage of city halls, schools and public agencies. Separate reporting also indicates McClatchy has been hiring for its AI operation even as it reduces newsroom staff, underlining how firmly the company is tying its future to automation. For workers and readers alike, the question is no longer whether AI will be part of the newsroom, but how much of the newsroom will still be there when it is.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2: </w:t>
      </w:r>
      <w:hyperlink r:id="rId13">
        <w:r>
          <w:rPr>
            <w:color w:val="0000EE"/>
            <w:u w:val="single"/>
          </w:rPr>
          <w:t>[3]</w:t>
        </w:r>
      </w:hyperlink>
      <w:r>
        <w:t xml:space="preserve">, </w:t>
      </w:r>
      <w:hyperlink r:id="rId14">
        <w:r>
          <w:rPr>
            <w:color w:val="0000EE"/>
            <w:u w:val="single"/>
          </w:rPr>
          <w:t>[6]</w:t>
        </w:r>
      </w:hyperlink>
      <w:r>
        <w:t xml:space="preserve">- Paragraph 3: </w:t>
      </w:r>
      <w:hyperlink r:id="rId9">
        <w:r>
          <w:rPr>
            <w:color w:val="0000EE"/>
            <w:u w:val="single"/>
          </w:rPr>
          <w:t>[1]</w:t>
        </w:r>
      </w:hyperlink>
      <w:r>
        <w:t xml:space="preserve">, </w:t>
      </w:r>
      <w:hyperlink r:id="rId12">
        <w:r>
          <w:rPr>
            <w:color w:val="0000EE"/>
            <w:u w:val="single"/>
          </w:rPr>
          <w:t>[5]</w:t>
        </w:r>
      </w:hyperlink>
      <w:r>
        <w:t xml:space="preserve">- Paragraph 4: </w:t>
      </w:r>
      <w:hyperlink r:id="rId13">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[1]</w:t>
        </w:r>
      </w:hyperlink>
      <w:r>
        <w:t xml:space="preserve">, </w:t>
      </w:r>
      <w:hyperlink r:id="rId13">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w:t>
      </w:r>
      <w:hyperlink r:id="rId14">
        <w:r>
          <w:rPr>
            <w:color w:val="0000EE"/>
            <w:u w:val="single"/>
          </w:rPr>
          <w:t>[6]</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https://endtimeheadlines.org/2026/09/california-newsroom-replaces-dozens-of-laid-off-reporters-with-ai-writers/</w:t>
        </w:r>
      </w:hyperlink>
      <w:r>
        <w:t xml:space="preserve"> - Please view link - unable to able to access data</w:t>
      </w:r>
      <w:r/>
    </w:p>
    <w:p>
      <w:pPr>
        <w:pStyle w:val="ListNumber"/>
        <w:spacing w:line="240" w:lineRule="auto"/>
        <w:ind w:left="720"/>
      </w:pPr>
      <w:r/>
      <w:hyperlink r:id="rId10">
        <w:r>
          <w:rPr>
            <w:color w:val="0000EE"/>
            <w:u w:val="single"/>
          </w:rPr>
          <w:t>https://www.staffingintel.com/story/mcclatchy-replaces-laid-off-reporters-with-ai-content-lab-roles-across-californi</w:t>
        </w:r>
      </w:hyperlink>
      <w:r>
        <w:t xml:space="preserve"> - McClatchy Media has replaced dozens of laid-off journalists at The Fresno Bee, Sacramento Bee, and Modesto Bee with AI-driven 'Content Innovation Lab' positions. CEO Tony Hunter has publicly framed AI as central to the company's scaling strategy, even as traditional newsroom headcount shrinks significantly. This move reflects an accelerating trend of media companies using generative AI to reduce editorial labor costs, with direct implications for recruiters placing journalists and broader signals about AI-driven workforce displacement in content-heavy industries.</w:t>
      </w:r>
      <w:r/>
    </w:p>
    <w:p>
      <w:pPr>
        <w:pStyle w:val="ListNumber"/>
        <w:spacing w:line="240" w:lineRule="auto"/>
        <w:ind w:left="720"/>
      </w:pPr>
      <w:r/>
      <w:hyperlink r:id="rId13">
        <w:r>
          <w:rPr>
            <w:color w:val="0000EE"/>
            <w:u w:val="single"/>
          </w:rPr>
          <w:t>https://wisevoter.com/world/us/2026/09/19/mcclatchy-media-lays-off-reporters</w:t>
        </w:r>
      </w:hyperlink>
      <w:r>
        <w:t xml:space="preserve"> - McClatchy Media cut dozens of newsroom positions last week as the company shifts its operational focus toward an expanded internal AI content division. The layoffs included at least 10 journalists at The Sacramento Bee and seven reporters at The Fresno Bee. Meanwhile, the company added three editors to its Content Innovation Lab. The Content Innovation Lab utilizes a chatbot designed to repackage human-written stories into different formats and lengths for various target audiences. The company is actively hiring additional staff to support this automated content division.</w:t>
      </w:r>
      <w:r/>
    </w:p>
    <w:p>
      <w:pPr>
        <w:pStyle w:val="ListNumber"/>
        <w:spacing w:line="240" w:lineRule="auto"/>
        <w:ind w:left="720"/>
      </w:pPr>
      <w:r/>
      <w:hyperlink r:id="rId11">
        <w:r>
          <w:rPr>
            <w:color w:val="0000EE"/>
            <w:u w:val="single"/>
          </w:rPr>
          <w:t>https://urbantech.eco/article/mcclatchy-ramps-up-ai-strategy-following-newsroom-layoffs</w:t>
        </w:r>
      </w:hyperlink>
      <w:r>
        <w:t xml:space="preserve"> - McClatchy Media has laid off dozens of reporters nationwide while simultaneously expanding its artificial intelligence (AI) operations, adding three editors to its Content Innovation Lab. These staff reductions, which impacted several California newspapers, coincide with the company's internal initiative to automate editorial workflows. The company's Content Innovation Lab is executing several core technological initiatives, including the deployment of an AI chatbot designed to repackage human-written news stories into varying lengths for different target audiences, and the publication of AI-repackaged content under the original reporters' bylines.</w:t>
      </w:r>
      <w:r/>
    </w:p>
    <w:p>
      <w:pPr>
        <w:pStyle w:val="ListNumber"/>
        <w:spacing w:line="240" w:lineRule="auto"/>
        <w:ind w:left="720"/>
      </w:pPr>
      <w:r/>
      <w:hyperlink r:id="rId12">
        <w:r>
          <w:rPr>
            <w:color w:val="0000EE"/>
            <w:u w:val="single"/>
          </w:rPr>
          <w:t>https://finance.yahoo.com/technology/ai/articles/california-newsroom-replaces-dozens-laid-004946316.html</w:t>
        </w:r>
      </w:hyperlink>
      <w:r>
        <w:t xml:space="preserve"> - McClatchy Media is cutting journalists at several California newspapers while building a new artificial intelligence operation that could dramatically change what its newsrooms produce. The newspaper giant laid off dozens of reporters nationwide last week, then added three editors to its AI-powered Content Innovation Lab. The company's AI strategy was already being pushed internally months before the latest cuts. During a contentious May virtual town hall, CEO Tony Hunter delivered a blunt pitch for the company's future. That effort includes a chatbot that repackages human-written stories at different lengths for different audiences, complete with reporters' bylines.</w:t>
      </w:r>
      <w:r/>
    </w:p>
    <w:p>
      <w:pPr>
        <w:pStyle w:val="ListNumber"/>
        <w:spacing w:line="240" w:lineRule="auto"/>
        <w:ind w:left="720"/>
      </w:pPr>
      <w:r/>
      <w:hyperlink r:id="rId14">
        <w:r>
          <w:rPr>
            <w:color w:val="0000EE"/>
            <w:u w:val="single"/>
          </w:rPr>
          <w:t>https://aiport.pl/co-nowego-w-ai/mcclatchy-zwolnil-ponad-90-dziennikarzy-i-niecaly-tydzien-pozniej-przedstawił-redaktorow-swojego-laboratorium-ai/</w:t>
        </w:r>
      </w:hyperlink>
      <w:r>
        <w:t xml:space="preserve"> - McClatchy Media, publisher of 29 newspapers in 14 US states, laid off over 90 journalists and media workers across 17 publications on September 10. Less than a week later, the company sent an email to employees introducing 'new talents,' including three editors for its AI-powered Content Innovation Lab, which aims to produce content using artificial intelligence.</w:t>
      </w:r>
      <w:r/>
    </w:p>
    <w:p>
      <w:pPr>
        <w:pStyle w:val="ListNumber"/>
        <w:spacing w:line="240" w:lineRule="auto"/>
        <w:ind w:left="720"/>
      </w:pPr>
      <w:r/>
      <w:hyperlink r:id="rId15">
        <w:r>
          <w:rPr>
            <w:color w:val="0000EE"/>
            <w:u w:val="single"/>
          </w:rPr>
          <w:t>https://techjacksolutions.com/ai-brief/mcclatchy-ai-layoffs-90-newsroom-jobs-newsguild-2026/</w:t>
        </w:r>
      </w:hyperlink>
      <w:r>
        <w:t xml:space="preserve"> - McClatchy eliminated more than 90 unionized editorial positions across 17 newsrooms, according to Columbia Journalism Review's reporting citing NewsGuild representatives, following disputes over AI content tool deployment. Journalists at Washington/Idaho McClatchy newsrooms ratified a July 2026 contract with explicit AI protections, AI use to replace staff, impersonate journalists, or discipline members for chatbot errors was prohibited. Centre Daily Times journalists won the right to withhold bylines from AI-assisted stories without penalty, confirmed in CJR's reporting.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dtimeheadlines.org/2026/09/california-newsroom-replaces-dozens-of-laid-off-reporters-with-ai-writers/" TargetMode="External"/><Relationship Id="rId10" Type="http://schemas.openxmlformats.org/officeDocument/2006/relationships/hyperlink" Target="https://www.staffingintel.com/story/mcclatchy-replaces-laid-off-reporters-with-ai-content-lab-roles-across-californi" TargetMode="External"/><Relationship Id="rId11" Type="http://schemas.openxmlformats.org/officeDocument/2006/relationships/hyperlink" Target="https://urbantech.eco/article/mcclatchy-ramps-up-ai-strategy-following-newsroom-layoffs" TargetMode="External"/><Relationship Id="rId12" Type="http://schemas.openxmlformats.org/officeDocument/2006/relationships/hyperlink" Target="https://finance.yahoo.com/technology/ai/articles/california-newsroom-replaces-dozens-laid-004946316.html" TargetMode="External"/><Relationship Id="rId13" Type="http://schemas.openxmlformats.org/officeDocument/2006/relationships/hyperlink" Target="https://wisevoter.com/world/us/2026/09/19/mcclatchy-media-lays-off-reporters" TargetMode="External"/><Relationship Id="rId14" Type="http://schemas.openxmlformats.org/officeDocument/2006/relationships/hyperlink" Target="https://aiport.pl/co-nowego-w-ai/mcclatchy-zwolnil-ponad-90-dziennikarzy-i-niecaly-tydzien-pozniej-przedstawi&#322;-redaktorow-swojego-laboratorium-ai/" TargetMode="External"/><Relationship Id="rId15" Type="http://schemas.openxmlformats.org/officeDocument/2006/relationships/hyperlink" Target="https://techjacksolutions.com/ai-brief/mcclatchy-ai-layoffs-90-newsroom-jobs-newsguild-2026/"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